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A37DB" w14:textId="76FC7FC5" w:rsidR="007C6909" w:rsidRPr="00F673A9" w:rsidRDefault="008903AC" w:rsidP="008322E0">
      <w:pPr>
        <w:spacing w:before="160"/>
        <w:jc w:val="both"/>
        <w:rPr>
          <w:lang w:val="cs-CZ"/>
        </w:rPr>
      </w:pPr>
      <w:r w:rsidRPr="00F673A9">
        <w:rPr>
          <w:b/>
          <w:sz w:val="34"/>
          <w:lang w:val="cs-CZ"/>
        </w:rPr>
        <w:t xml:space="preserve">Příloha č. </w:t>
      </w:r>
      <w:r w:rsidR="00D94BB3">
        <w:rPr>
          <w:b/>
          <w:sz w:val="34"/>
          <w:lang w:val="cs-CZ"/>
        </w:rPr>
        <w:t>5</w:t>
      </w:r>
    </w:p>
    <w:p w14:paraId="54DDB30F" w14:textId="77777777" w:rsidR="007C6909" w:rsidRPr="00F673A9" w:rsidRDefault="008903AC" w:rsidP="008322E0">
      <w:pPr>
        <w:jc w:val="both"/>
        <w:rPr>
          <w:lang w:val="cs-CZ"/>
        </w:rPr>
      </w:pPr>
      <w:r w:rsidRPr="00F673A9">
        <w:rPr>
          <w:i/>
          <w:sz w:val="22"/>
          <w:lang w:val="cs-CZ"/>
        </w:rPr>
        <w:t xml:space="preserve">Zpráva o naplňování programu FISU </w:t>
      </w:r>
      <w:proofErr w:type="spellStart"/>
      <w:r w:rsidRPr="00F673A9">
        <w:rPr>
          <w:i/>
          <w:sz w:val="22"/>
          <w:lang w:val="cs-CZ"/>
        </w:rPr>
        <w:t>Healthy</w:t>
      </w:r>
      <w:proofErr w:type="spellEnd"/>
      <w:r w:rsidRPr="00F673A9">
        <w:rPr>
          <w:i/>
          <w:sz w:val="22"/>
          <w:lang w:val="cs-CZ"/>
        </w:rPr>
        <w:t xml:space="preserve"> Campus – závazný vzor</w:t>
      </w:r>
    </w:p>
    <w:p w14:paraId="582B32DF" w14:textId="77777777" w:rsidR="007C6909" w:rsidRPr="00F673A9" w:rsidRDefault="007C6909" w:rsidP="008322E0">
      <w:pPr>
        <w:jc w:val="both"/>
        <w:rPr>
          <w:lang w:val="cs-CZ"/>
        </w:rPr>
      </w:pPr>
    </w:p>
    <w:p w14:paraId="0C4B687C" w14:textId="0F5B17F5" w:rsidR="007C6909" w:rsidRPr="00F673A9" w:rsidRDefault="008903AC" w:rsidP="008322E0">
      <w:pPr>
        <w:jc w:val="both"/>
        <w:rPr>
          <w:lang w:val="cs-CZ"/>
        </w:rPr>
      </w:pPr>
      <w:r w:rsidRPr="00F673A9">
        <w:rPr>
          <w:i/>
          <w:lang w:val="cs-CZ"/>
        </w:rPr>
        <w:t xml:space="preserve">Příjemce vyplní zprávu podle skutečného výchozího stavu ke dni </w:t>
      </w:r>
      <w:r w:rsidR="00641B54">
        <w:rPr>
          <w:i/>
          <w:lang w:val="cs-CZ"/>
        </w:rPr>
        <w:t>vyúčtování</w:t>
      </w:r>
      <w:r w:rsidRPr="00F673A9">
        <w:rPr>
          <w:i/>
          <w:lang w:val="cs-CZ"/>
        </w:rPr>
        <w:t xml:space="preserve"> žádosti a podle pokynů koordinátora UNIS</w:t>
      </w:r>
      <w:r w:rsidR="00AF498C">
        <w:rPr>
          <w:i/>
          <w:lang w:val="cs-CZ"/>
        </w:rPr>
        <w:t>.</w:t>
      </w:r>
    </w:p>
    <w:p w14:paraId="43F41DDC" w14:textId="77777777" w:rsidR="007C6909" w:rsidRPr="00F673A9" w:rsidRDefault="008903AC" w:rsidP="008322E0">
      <w:pPr>
        <w:pStyle w:val="Subheading"/>
        <w:jc w:val="both"/>
        <w:rPr>
          <w:lang w:val="cs-CZ"/>
        </w:rPr>
      </w:pPr>
      <w:r w:rsidRPr="00F673A9">
        <w:rPr>
          <w:lang w:val="cs-CZ"/>
        </w:rPr>
        <w:t>1. Identifikační údaje příjemce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4"/>
        <w:gridCol w:w="4984"/>
      </w:tblGrid>
      <w:tr w:rsidR="007C6909" w:rsidRPr="00F673A9" w14:paraId="085C0250" w14:textId="77777777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072A5F56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b/>
                <w:lang w:val="cs-CZ"/>
              </w:rPr>
              <w:t>Název veřejné vysoké školy</w:t>
            </w:r>
          </w:p>
        </w:tc>
        <w:tc>
          <w:tcPr>
            <w:tcW w:w="4989" w:type="dxa"/>
            <w:vAlign w:val="center"/>
          </w:tcPr>
          <w:p w14:paraId="7F98149F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  <w:tr w:rsidR="007C6909" w:rsidRPr="00F673A9" w14:paraId="6AADF49B" w14:textId="77777777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4CD175ED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b/>
                <w:lang w:val="cs-CZ"/>
              </w:rPr>
              <w:t>IČO</w:t>
            </w:r>
          </w:p>
        </w:tc>
        <w:tc>
          <w:tcPr>
            <w:tcW w:w="4989" w:type="dxa"/>
            <w:vAlign w:val="center"/>
          </w:tcPr>
          <w:p w14:paraId="1AA5EE26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  <w:tr w:rsidR="007C6909" w:rsidRPr="00F673A9" w14:paraId="35FCA88B" w14:textId="77777777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2E8DBF1E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b/>
                <w:lang w:val="cs-CZ"/>
              </w:rPr>
              <w:t>Číslo rozhodnutí o poskytnutí dotace</w:t>
            </w:r>
          </w:p>
        </w:tc>
        <w:tc>
          <w:tcPr>
            <w:tcW w:w="4989" w:type="dxa"/>
            <w:vAlign w:val="center"/>
          </w:tcPr>
          <w:p w14:paraId="0EE9AF74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  <w:tr w:rsidR="007C6909" w:rsidRPr="00F673A9" w14:paraId="26C5A67C" w14:textId="77777777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38DAA733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b/>
                <w:lang w:val="cs-CZ"/>
              </w:rPr>
              <w:t>Koordinátor Aktivity B</w:t>
            </w:r>
          </w:p>
        </w:tc>
        <w:tc>
          <w:tcPr>
            <w:tcW w:w="4989" w:type="dxa"/>
            <w:vAlign w:val="center"/>
          </w:tcPr>
          <w:p w14:paraId="374D2D0A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[jméno, funkce, e-mail, telefon]</w:t>
            </w:r>
          </w:p>
        </w:tc>
      </w:tr>
      <w:tr w:rsidR="007C6909" w:rsidRPr="00F673A9" w14:paraId="41811F85" w14:textId="77777777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0790B253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b/>
                <w:lang w:val="cs-CZ"/>
              </w:rPr>
              <w:t>Období, za které je zpráva předkládána</w:t>
            </w:r>
          </w:p>
        </w:tc>
        <w:tc>
          <w:tcPr>
            <w:tcW w:w="4989" w:type="dxa"/>
            <w:vAlign w:val="center"/>
          </w:tcPr>
          <w:p w14:paraId="5515D45F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1. 1. 2027–31. 12. 2027</w:t>
            </w:r>
          </w:p>
        </w:tc>
      </w:tr>
    </w:tbl>
    <w:p w14:paraId="38C739FF" w14:textId="1AF6AFB0" w:rsidR="007C6909" w:rsidRPr="00F673A9" w:rsidRDefault="008903AC" w:rsidP="00C30209">
      <w:pPr>
        <w:pStyle w:val="Subheading"/>
        <w:jc w:val="both"/>
        <w:rPr>
          <w:lang w:val="cs-CZ"/>
        </w:rPr>
      </w:pPr>
      <w:r w:rsidRPr="00F673A9">
        <w:rPr>
          <w:lang w:val="cs-CZ"/>
        </w:rPr>
        <w:t xml:space="preserve">2. Výchozí stav v programu FISU </w:t>
      </w:r>
      <w:proofErr w:type="spellStart"/>
      <w:r w:rsidRPr="00F673A9">
        <w:rPr>
          <w:lang w:val="cs-CZ"/>
        </w:rPr>
        <w:t>Healthy</w:t>
      </w:r>
      <w:proofErr w:type="spellEnd"/>
      <w:r w:rsidRPr="00F673A9">
        <w:rPr>
          <w:lang w:val="cs-CZ"/>
        </w:rPr>
        <w:t xml:space="preserve"> Campus ke dni podání žádosti</w:t>
      </w:r>
    </w:p>
    <w:p w14:paraId="4E08AD59" w14:textId="787C3157" w:rsidR="007C6909" w:rsidRPr="00F673A9" w:rsidRDefault="00000000" w:rsidP="008322E0">
      <w:pPr>
        <w:pStyle w:val="BulletClause"/>
        <w:rPr>
          <w:lang w:val="cs-CZ"/>
        </w:rPr>
      </w:pPr>
      <w:sdt>
        <w:sdtPr>
          <w:rPr>
            <w:lang w:val="cs-CZ"/>
          </w:rPr>
          <w:id w:val="1449194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4BB3">
            <w:rPr>
              <w:rFonts w:ascii="MS Gothic" w:eastAsia="MS Gothic" w:hAnsi="MS Gothic" w:hint="eastAsia"/>
              <w:lang w:val="cs-CZ"/>
            </w:rPr>
            <w:t>☐</w:t>
          </w:r>
        </w:sdtContent>
      </w:sdt>
      <w:r w:rsidR="007D5B4B" w:rsidRPr="00F673A9">
        <w:rPr>
          <w:lang w:val="cs-CZ"/>
        </w:rPr>
        <w:t xml:space="preserve"> </w:t>
      </w:r>
      <w:r w:rsidR="008903AC" w:rsidRPr="00F673A9">
        <w:rPr>
          <w:lang w:val="cs-CZ"/>
        </w:rPr>
        <w:t xml:space="preserve">VVŠ nebyla registrována v programu FISU </w:t>
      </w:r>
      <w:proofErr w:type="spellStart"/>
      <w:r w:rsidR="008903AC" w:rsidRPr="00F673A9">
        <w:rPr>
          <w:lang w:val="cs-CZ"/>
        </w:rPr>
        <w:t>Healthy</w:t>
      </w:r>
      <w:proofErr w:type="spellEnd"/>
      <w:r w:rsidR="008903AC" w:rsidRPr="00F673A9">
        <w:rPr>
          <w:lang w:val="cs-CZ"/>
        </w:rPr>
        <w:t xml:space="preserve"> Campus.</w:t>
      </w:r>
    </w:p>
    <w:p w14:paraId="3DEF14A3" w14:textId="700EC7C1" w:rsidR="007C6909" w:rsidRPr="00F673A9" w:rsidRDefault="00000000" w:rsidP="008322E0">
      <w:pPr>
        <w:pStyle w:val="BulletClause"/>
        <w:rPr>
          <w:lang w:val="cs-CZ"/>
        </w:rPr>
      </w:pPr>
      <w:sdt>
        <w:sdtPr>
          <w:rPr>
            <w:lang w:val="cs-CZ"/>
          </w:rPr>
          <w:id w:val="-892346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4481" w:rsidRPr="00F673A9">
            <w:rPr>
              <w:rFonts w:ascii="MS Gothic" w:eastAsia="MS Gothic" w:hAnsi="MS Gothic"/>
              <w:lang w:val="cs-CZ"/>
            </w:rPr>
            <w:t>☐</w:t>
          </w:r>
        </w:sdtContent>
      </w:sdt>
      <w:r w:rsidR="008903AC" w:rsidRPr="00F673A9">
        <w:rPr>
          <w:lang w:val="cs-CZ"/>
        </w:rPr>
        <w:t xml:space="preserve"> VVŠ byla registrována, ale nebyla držitelem žádné úrovně FISU </w:t>
      </w:r>
      <w:proofErr w:type="spellStart"/>
      <w:r w:rsidR="008903AC" w:rsidRPr="00F673A9">
        <w:rPr>
          <w:lang w:val="cs-CZ"/>
        </w:rPr>
        <w:t>Healthy</w:t>
      </w:r>
      <w:proofErr w:type="spellEnd"/>
      <w:r w:rsidR="008903AC" w:rsidRPr="00F673A9">
        <w:rPr>
          <w:lang w:val="cs-CZ"/>
        </w:rPr>
        <w:t xml:space="preserve"> Campus Label.</w:t>
      </w:r>
    </w:p>
    <w:p w14:paraId="17F77ADF" w14:textId="000BE3E6" w:rsidR="007C6909" w:rsidRPr="00F673A9" w:rsidRDefault="00000000" w:rsidP="008322E0">
      <w:pPr>
        <w:pStyle w:val="BulletClause"/>
        <w:rPr>
          <w:lang w:val="cs-CZ"/>
        </w:rPr>
      </w:pPr>
      <w:sdt>
        <w:sdtPr>
          <w:rPr>
            <w:lang w:val="cs-CZ"/>
          </w:rPr>
          <w:id w:val="-372228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4481" w:rsidRPr="00F673A9">
            <w:rPr>
              <w:rFonts w:ascii="MS Gothic" w:eastAsia="MS Gothic" w:hAnsi="MS Gothic"/>
              <w:lang w:val="cs-CZ"/>
            </w:rPr>
            <w:t>☐</w:t>
          </w:r>
        </w:sdtContent>
      </w:sdt>
      <w:r w:rsidR="008903AC" w:rsidRPr="00F673A9">
        <w:rPr>
          <w:lang w:val="cs-CZ"/>
        </w:rPr>
        <w:t xml:space="preserve"> VVŠ byla držitelem úrovně </w:t>
      </w:r>
      <w:proofErr w:type="spellStart"/>
      <w:r w:rsidR="008903AC" w:rsidRPr="00F673A9">
        <w:rPr>
          <w:lang w:val="cs-CZ"/>
        </w:rPr>
        <w:t>Certified</w:t>
      </w:r>
      <w:proofErr w:type="spellEnd"/>
      <w:r w:rsidR="008903AC" w:rsidRPr="00F673A9">
        <w:rPr>
          <w:lang w:val="cs-CZ"/>
        </w:rPr>
        <w:t>.</w:t>
      </w:r>
    </w:p>
    <w:p w14:paraId="0C3185B2" w14:textId="2CC53E7C" w:rsidR="007C6909" w:rsidRPr="00F673A9" w:rsidRDefault="00000000" w:rsidP="008322E0">
      <w:pPr>
        <w:pStyle w:val="BulletClause"/>
        <w:rPr>
          <w:lang w:val="cs-CZ"/>
        </w:rPr>
      </w:pPr>
      <w:sdt>
        <w:sdtPr>
          <w:rPr>
            <w:lang w:val="cs-CZ"/>
          </w:rPr>
          <w:id w:val="-563019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4481" w:rsidRPr="00F673A9">
            <w:rPr>
              <w:rFonts w:ascii="MS Gothic" w:eastAsia="MS Gothic" w:hAnsi="MS Gothic"/>
              <w:lang w:val="cs-CZ"/>
            </w:rPr>
            <w:t>☐</w:t>
          </w:r>
        </w:sdtContent>
      </w:sdt>
      <w:r w:rsidR="008903AC" w:rsidRPr="00F673A9">
        <w:rPr>
          <w:lang w:val="cs-CZ"/>
        </w:rPr>
        <w:t xml:space="preserve"> VVŠ byla držitelem úrovně Bronze.</w:t>
      </w:r>
    </w:p>
    <w:p w14:paraId="62E2B87B" w14:textId="056641FB" w:rsidR="007C6909" w:rsidRPr="00F673A9" w:rsidRDefault="00000000" w:rsidP="008322E0">
      <w:pPr>
        <w:pStyle w:val="BulletClause"/>
        <w:rPr>
          <w:lang w:val="cs-CZ"/>
        </w:rPr>
      </w:pPr>
      <w:sdt>
        <w:sdtPr>
          <w:rPr>
            <w:lang w:val="cs-CZ"/>
          </w:rPr>
          <w:id w:val="1891769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4481" w:rsidRPr="00F673A9">
            <w:rPr>
              <w:rFonts w:ascii="MS Gothic" w:eastAsia="MS Gothic" w:hAnsi="MS Gothic"/>
              <w:lang w:val="cs-CZ"/>
            </w:rPr>
            <w:t>☐</w:t>
          </w:r>
        </w:sdtContent>
      </w:sdt>
      <w:r w:rsidR="008903AC" w:rsidRPr="00F673A9">
        <w:rPr>
          <w:lang w:val="cs-CZ"/>
        </w:rPr>
        <w:t xml:space="preserve"> VVŠ byla držitelem úrovně Silver.</w:t>
      </w:r>
    </w:p>
    <w:p w14:paraId="2ECC3714" w14:textId="7AE22DF1" w:rsidR="007C6909" w:rsidRPr="00F673A9" w:rsidRDefault="00000000" w:rsidP="008322E0">
      <w:pPr>
        <w:pStyle w:val="BulletClause"/>
        <w:rPr>
          <w:lang w:val="cs-CZ"/>
        </w:rPr>
      </w:pPr>
      <w:sdt>
        <w:sdtPr>
          <w:rPr>
            <w:lang w:val="cs-CZ"/>
          </w:rPr>
          <w:id w:val="-679579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4481" w:rsidRPr="00F673A9">
            <w:rPr>
              <w:rFonts w:ascii="MS Gothic" w:eastAsia="MS Gothic" w:hAnsi="MS Gothic"/>
              <w:lang w:val="cs-CZ"/>
            </w:rPr>
            <w:t>☐</w:t>
          </w:r>
        </w:sdtContent>
      </w:sdt>
      <w:r w:rsidR="008903AC" w:rsidRPr="00F673A9">
        <w:rPr>
          <w:lang w:val="cs-CZ"/>
        </w:rPr>
        <w:t xml:space="preserve"> VVŠ byla držitelem úrovně Gold.</w:t>
      </w:r>
    </w:p>
    <w:p w14:paraId="6B69BF6C" w14:textId="2ADC95C4" w:rsidR="007C6909" w:rsidRDefault="00000000" w:rsidP="008322E0">
      <w:pPr>
        <w:pStyle w:val="BulletClause"/>
        <w:rPr>
          <w:lang w:val="cs-CZ"/>
        </w:rPr>
      </w:pPr>
      <w:sdt>
        <w:sdtPr>
          <w:rPr>
            <w:lang w:val="cs-CZ"/>
          </w:rPr>
          <w:id w:val="-1946220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4481" w:rsidRPr="00F673A9">
            <w:rPr>
              <w:rFonts w:ascii="MS Gothic" w:eastAsia="MS Gothic" w:hAnsi="MS Gothic"/>
              <w:lang w:val="cs-CZ"/>
            </w:rPr>
            <w:t>☐</w:t>
          </w:r>
        </w:sdtContent>
      </w:sdt>
      <w:r w:rsidR="008903AC" w:rsidRPr="00F673A9">
        <w:rPr>
          <w:lang w:val="cs-CZ"/>
        </w:rPr>
        <w:t xml:space="preserve"> VVŠ byla držitelem úrovně </w:t>
      </w:r>
      <w:proofErr w:type="spellStart"/>
      <w:r w:rsidR="008903AC" w:rsidRPr="00F673A9">
        <w:rPr>
          <w:lang w:val="cs-CZ"/>
        </w:rPr>
        <w:t>Platinum</w:t>
      </w:r>
      <w:proofErr w:type="spellEnd"/>
      <w:r w:rsidR="008903AC" w:rsidRPr="00F673A9">
        <w:rPr>
          <w:lang w:val="cs-CZ"/>
        </w:rPr>
        <w:t>.</w:t>
      </w:r>
    </w:p>
    <w:p w14:paraId="14BCBAE3" w14:textId="77777777" w:rsidR="00C30209" w:rsidRPr="00F673A9" w:rsidRDefault="00C30209" w:rsidP="008322E0">
      <w:pPr>
        <w:pStyle w:val="BulletClause"/>
        <w:rPr>
          <w:lang w:val="cs-CZ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4"/>
        <w:gridCol w:w="4984"/>
      </w:tblGrid>
      <w:tr w:rsidR="007C6909" w:rsidRPr="00F673A9" w14:paraId="24F3BFE8" w14:textId="77777777" w:rsidTr="009850EF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52E1852C" w14:textId="77777777" w:rsidR="007C6909" w:rsidRPr="00F673A9" w:rsidRDefault="008903AC" w:rsidP="009850EF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Datum registrace do programu</w:t>
            </w:r>
          </w:p>
        </w:tc>
        <w:tc>
          <w:tcPr>
            <w:tcW w:w="4989" w:type="dxa"/>
            <w:vAlign w:val="center"/>
          </w:tcPr>
          <w:p w14:paraId="30BEDB67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  <w:tr w:rsidR="007C6909" w:rsidRPr="00F673A9" w14:paraId="366832FE" w14:textId="77777777" w:rsidTr="009850EF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3615F7AE" w14:textId="77777777" w:rsidR="007C6909" w:rsidRPr="00F673A9" w:rsidRDefault="008903AC" w:rsidP="009850EF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Doložený doklad o registraci / certifikaci</w:t>
            </w:r>
          </w:p>
        </w:tc>
        <w:tc>
          <w:tcPr>
            <w:tcW w:w="4989" w:type="dxa"/>
            <w:vAlign w:val="center"/>
          </w:tcPr>
          <w:p w14:paraId="03CBA43C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[název dokumentu a datum předložení ministerstvu]</w:t>
            </w:r>
          </w:p>
        </w:tc>
      </w:tr>
      <w:tr w:rsidR="007C6909" w:rsidRPr="00F673A9" w14:paraId="184AD47F" w14:textId="77777777" w:rsidTr="009850EF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5678FFA8" w14:textId="77777777" w:rsidR="007C6909" w:rsidRPr="00F673A9" w:rsidRDefault="008903AC" w:rsidP="009850EF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Dosažená úroveň ke dni zpracování zprávy</w:t>
            </w:r>
          </w:p>
        </w:tc>
        <w:tc>
          <w:tcPr>
            <w:tcW w:w="4989" w:type="dxa"/>
            <w:vAlign w:val="center"/>
          </w:tcPr>
          <w:p w14:paraId="7AF4B182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</w:t>
            </w:r>
            <w:proofErr w:type="spellStart"/>
            <w:r w:rsidRPr="00F673A9">
              <w:rPr>
                <w:lang w:val="cs-CZ"/>
              </w:rPr>
              <w:t>Certified</w:t>
            </w:r>
            <w:proofErr w:type="spellEnd"/>
            <w:r w:rsidRPr="00F673A9">
              <w:rPr>
                <w:lang w:val="cs-CZ"/>
              </w:rPr>
              <w:t xml:space="preserve"> / Bronze / Silver / Gold / </w:t>
            </w:r>
            <w:proofErr w:type="spellStart"/>
            <w:r w:rsidRPr="00F673A9">
              <w:rPr>
                <w:lang w:val="cs-CZ"/>
              </w:rPr>
              <w:t>Platinum</w:t>
            </w:r>
            <w:proofErr w:type="spellEnd"/>
            <w:r w:rsidRPr="00F673A9">
              <w:rPr>
                <w:lang w:val="cs-CZ"/>
              </w:rPr>
              <w:t xml:space="preserve"> / dosud bez úrovně]</w:t>
            </w:r>
          </w:p>
        </w:tc>
      </w:tr>
    </w:tbl>
    <w:p w14:paraId="69C608D9" w14:textId="77777777" w:rsidR="005833C4" w:rsidRPr="00F673A9" w:rsidRDefault="005833C4" w:rsidP="008322E0">
      <w:pPr>
        <w:jc w:val="both"/>
        <w:rPr>
          <w:lang w:val="cs-CZ"/>
        </w:rPr>
      </w:pPr>
    </w:p>
    <w:p w14:paraId="0B027382" w14:textId="2ECDB381" w:rsidR="007C6909" w:rsidRPr="00F673A9" w:rsidRDefault="00AF498C" w:rsidP="008322E0">
      <w:pPr>
        <w:pStyle w:val="Subheading"/>
        <w:jc w:val="both"/>
        <w:rPr>
          <w:lang w:val="cs-CZ"/>
        </w:rPr>
      </w:pPr>
      <w:r>
        <w:rPr>
          <w:lang w:val="cs-CZ"/>
        </w:rPr>
        <w:t>3</w:t>
      </w:r>
      <w:r w:rsidR="008903AC" w:rsidRPr="00F673A9">
        <w:rPr>
          <w:lang w:val="cs-CZ"/>
        </w:rPr>
        <w:t xml:space="preserve">. </w:t>
      </w:r>
      <w:r w:rsidR="00996280">
        <w:rPr>
          <w:lang w:val="cs-CZ"/>
        </w:rPr>
        <w:t>A</w:t>
      </w:r>
      <w:r w:rsidR="008903AC" w:rsidRPr="00F673A9">
        <w:rPr>
          <w:lang w:val="cs-CZ"/>
        </w:rPr>
        <w:t>kční plán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4"/>
        <w:gridCol w:w="4984"/>
      </w:tblGrid>
      <w:tr w:rsidR="007C6909" w:rsidRPr="00F673A9" w14:paraId="4F21EC1A" w14:textId="77777777" w:rsidTr="009850EF">
        <w:trPr>
          <w:jc w:val="center"/>
        </w:trPr>
        <w:tc>
          <w:tcPr>
            <w:tcW w:w="4984" w:type="dxa"/>
            <w:shd w:val="clear" w:color="auto" w:fill="D9EAF7"/>
            <w:vAlign w:val="center"/>
          </w:tcPr>
          <w:p w14:paraId="61A21184" w14:textId="77777777" w:rsidR="007C6909" w:rsidRPr="00F673A9" w:rsidRDefault="008903AC" w:rsidP="009850EF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Datum zpracování nebo aktualizace akčního plánu</w:t>
            </w:r>
          </w:p>
        </w:tc>
        <w:tc>
          <w:tcPr>
            <w:tcW w:w="4984" w:type="dxa"/>
            <w:vAlign w:val="center"/>
          </w:tcPr>
          <w:p w14:paraId="2186E593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  <w:tr w:rsidR="007C6909" w:rsidRPr="00F673A9" w14:paraId="62768F9A" w14:textId="77777777" w:rsidTr="009850EF">
        <w:trPr>
          <w:jc w:val="center"/>
        </w:trPr>
        <w:tc>
          <w:tcPr>
            <w:tcW w:w="4984" w:type="dxa"/>
            <w:shd w:val="clear" w:color="auto" w:fill="D9EAF7"/>
            <w:vAlign w:val="center"/>
          </w:tcPr>
          <w:p w14:paraId="636B8805" w14:textId="77777777" w:rsidR="007C6909" w:rsidRPr="00F673A9" w:rsidRDefault="008903AC" w:rsidP="009850EF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 xml:space="preserve">Cílová úroveň FISU </w:t>
            </w:r>
            <w:proofErr w:type="spellStart"/>
            <w:r w:rsidRPr="00F673A9">
              <w:rPr>
                <w:b/>
                <w:lang w:val="cs-CZ"/>
              </w:rPr>
              <w:t>Healthy</w:t>
            </w:r>
            <w:proofErr w:type="spellEnd"/>
            <w:r w:rsidRPr="00F673A9">
              <w:rPr>
                <w:b/>
                <w:lang w:val="cs-CZ"/>
              </w:rPr>
              <w:t xml:space="preserve"> Campus Label</w:t>
            </w:r>
          </w:p>
        </w:tc>
        <w:tc>
          <w:tcPr>
            <w:tcW w:w="4984" w:type="dxa"/>
            <w:vAlign w:val="center"/>
          </w:tcPr>
          <w:p w14:paraId="2F4E1B35" w14:textId="3713EF1C" w:rsidR="007C6909" w:rsidRPr="00F673A9" w:rsidRDefault="00231327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</w:t>
            </w:r>
            <w:proofErr w:type="spellStart"/>
            <w:r w:rsidRPr="00F673A9">
              <w:rPr>
                <w:lang w:val="cs-CZ"/>
              </w:rPr>
              <w:t>Certified</w:t>
            </w:r>
            <w:proofErr w:type="spellEnd"/>
            <w:r w:rsidRPr="00F673A9">
              <w:rPr>
                <w:lang w:val="cs-CZ"/>
              </w:rPr>
              <w:t xml:space="preserve"> / Bronze / Silver / Gold / </w:t>
            </w:r>
            <w:proofErr w:type="spellStart"/>
            <w:r w:rsidRPr="00F673A9">
              <w:rPr>
                <w:lang w:val="cs-CZ"/>
              </w:rPr>
              <w:t>Platinum</w:t>
            </w:r>
            <w:proofErr w:type="spellEnd"/>
            <w:r w:rsidRPr="00F673A9">
              <w:rPr>
                <w:lang w:val="cs-CZ"/>
              </w:rPr>
              <w:t>]</w:t>
            </w:r>
          </w:p>
        </w:tc>
      </w:tr>
      <w:tr w:rsidR="007C6909" w:rsidRPr="00F673A9" w14:paraId="3EED21C2" w14:textId="77777777" w:rsidTr="009850EF">
        <w:trPr>
          <w:jc w:val="center"/>
        </w:trPr>
        <w:tc>
          <w:tcPr>
            <w:tcW w:w="4984" w:type="dxa"/>
            <w:shd w:val="clear" w:color="auto" w:fill="D9EAF7"/>
            <w:vAlign w:val="center"/>
          </w:tcPr>
          <w:p w14:paraId="796FEE7E" w14:textId="1CF2F8C0" w:rsidR="007C6909" w:rsidRPr="00F673A9" w:rsidRDefault="008903AC" w:rsidP="009850EF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 xml:space="preserve">Předpokládaný </w:t>
            </w:r>
            <w:r w:rsidR="00AF498C">
              <w:rPr>
                <w:b/>
                <w:lang w:val="cs-CZ"/>
              </w:rPr>
              <w:t>počet</w:t>
            </w:r>
            <w:r w:rsidRPr="00F673A9">
              <w:rPr>
                <w:b/>
                <w:lang w:val="cs-CZ"/>
              </w:rPr>
              <w:t xml:space="preserve"> plněných kritérií</w:t>
            </w:r>
          </w:p>
        </w:tc>
        <w:tc>
          <w:tcPr>
            <w:tcW w:w="4984" w:type="dxa"/>
            <w:vAlign w:val="center"/>
          </w:tcPr>
          <w:p w14:paraId="561D5906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</w:tbl>
    <w:p w14:paraId="2B69AA94" w14:textId="6FBA700C" w:rsidR="00C30209" w:rsidRDefault="00AF498C" w:rsidP="008322E0">
      <w:pPr>
        <w:jc w:val="both"/>
        <w:rPr>
          <w:lang w:val="cs-CZ"/>
        </w:rPr>
      </w:pPr>
      <w:r>
        <w:rPr>
          <w:lang w:val="cs-CZ"/>
        </w:rPr>
        <w:t>Akční plán je přílohou vyúčtování dotace UNIS 2027.</w:t>
      </w:r>
    </w:p>
    <w:p w14:paraId="2463F27A" w14:textId="77777777" w:rsidR="00D63AD4" w:rsidRPr="00F673A9" w:rsidRDefault="00D63AD4" w:rsidP="008322E0">
      <w:pPr>
        <w:jc w:val="both"/>
        <w:rPr>
          <w:lang w:val="cs-CZ"/>
        </w:rPr>
      </w:pPr>
    </w:p>
    <w:p w14:paraId="52E6871F" w14:textId="49E1573A" w:rsidR="007C6909" w:rsidRPr="00F673A9" w:rsidRDefault="00AF498C" w:rsidP="008322E0">
      <w:pPr>
        <w:pStyle w:val="Subheading"/>
        <w:jc w:val="both"/>
        <w:rPr>
          <w:lang w:val="cs-CZ"/>
        </w:rPr>
      </w:pPr>
      <w:r>
        <w:rPr>
          <w:lang w:val="cs-CZ"/>
        </w:rPr>
        <w:t>4</w:t>
      </w:r>
      <w:r w:rsidR="008903AC" w:rsidRPr="00F673A9">
        <w:rPr>
          <w:lang w:val="cs-CZ"/>
        </w:rPr>
        <w:t xml:space="preserve">. Další povinné aktivity </w:t>
      </w:r>
      <w:proofErr w:type="spellStart"/>
      <w:r w:rsidR="008903AC" w:rsidRPr="00F673A9">
        <w:rPr>
          <w:lang w:val="cs-CZ"/>
        </w:rPr>
        <w:t>Aktivity</w:t>
      </w:r>
      <w:proofErr w:type="spellEnd"/>
      <w:r w:rsidR="008903AC" w:rsidRPr="00F673A9">
        <w:rPr>
          <w:lang w:val="cs-CZ"/>
        </w:rPr>
        <w:t xml:space="preserve"> B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491"/>
        <w:gridCol w:w="2492"/>
        <w:gridCol w:w="2492"/>
        <w:gridCol w:w="2493"/>
      </w:tblGrid>
      <w:tr w:rsidR="007C6909" w:rsidRPr="00F673A9" w14:paraId="77BA12B3" w14:textId="77777777" w:rsidTr="00AF498C">
        <w:trPr>
          <w:tblHeader/>
          <w:jc w:val="center"/>
        </w:trPr>
        <w:tc>
          <w:tcPr>
            <w:tcW w:w="2491" w:type="dxa"/>
            <w:shd w:val="clear" w:color="auto" w:fill="D9EAF7"/>
            <w:vAlign w:val="center"/>
          </w:tcPr>
          <w:p w14:paraId="70DA902B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b/>
                <w:lang w:val="cs-CZ"/>
              </w:rPr>
              <w:t>Povinnost</w:t>
            </w:r>
          </w:p>
        </w:tc>
        <w:tc>
          <w:tcPr>
            <w:tcW w:w="2492" w:type="dxa"/>
            <w:shd w:val="clear" w:color="auto" w:fill="D9EAF7"/>
            <w:vAlign w:val="center"/>
          </w:tcPr>
          <w:p w14:paraId="0BD9AEA5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b/>
                <w:lang w:val="cs-CZ"/>
              </w:rPr>
              <w:t>Způsob naplnění</w:t>
            </w:r>
          </w:p>
        </w:tc>
        <w:tc>
          <w:tcPr>
            <w:tcW w:w="2492" w:type="dxa"/>
            <w:shd w:val="clear" w:color="auto" w:fill="D9EAF7"/>
            <w:vAlign w:val="center"/>
          </w:tcPr>
          <w:p w14:paraId="390DAE82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b/>
                <w:lang w:val="cs-CZ"/>
              </w:rPr>
              <w:t>Termín / rozsah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5CEC7E67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b/>
                <w:lang w:val="cs-CZ"/>
              </w:rPr>
              <w:t>Důkazní dokumentace</w:t>
            </w:r>
          </w:p>
        </w:tc>
      </w:tr>
      <w:tr w:rsidR="007C6909" w:rsidRPr="00F673A9" w14:paraId="7B0C92CD" w14:textId="77777777" w:rsidTr="00805D14">
        <w:trPr>
          <w:jc w:val="center"/>
        </w:trPr>
        <w:tc>
          <w:tcPr>
            <w:tcW w:w="2491" w:type="dxa"/>
            <w:vAlign w:val="center"/>
          </w:tcPr>
          <w:p w14:paraId="386C62B3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Nabídka pohybových aktivit nebo sportovních akcí</w:t>
            </w:r>
          </w:p>
        </w:tc>
        <w:tc>
          <w:tcPr>
            <w:tcW w:w="2492" w:type="dxa"/>
            <w:vAlign w:val="center"/>
          </w:tcPr>
          <w:p w14:paraId="311348AA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[doplní příjemce]</w:t>
            </w:r>
          </w:p>
        </w:tc>
        <w:tc>
          <w:tcPr>
            <w:tcW w:w="2492" w:type="dxa"/>
            <w:vAlign w:val="center"/>
          </w:tcPr>
          <w:p w14:paraId="4BD78137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[doplní příjemce]</w:t>
            </w:r>
          </w:p>
        </w:tc>
        <w:tc>
          <w:tcPr>
            <w:tcW w:w="2493" w:type="dxa"/>
            <w:vAlign w:val="center"/>
          </w:tcPr>
          <w:p w14:paraId="2585048E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[odkaz / příloha]</w:t>
            </w:r>
          </w:p>
        </w:tc>
      </w:tr>
      <w:tr w:rsidR="007C6909" w:rsidRPr="00F673A9" w14:paraId="26B2C621" w14:textId="77777777" w:rsidTr="00805D14">
        <w:trPr>
          <w:jc w:val="center"/>
        </w:trPr>
        <w:tc>
          <w:tcPr>
            <w:tcW w:w="2491" w:type="dxa"/>
            <w:vAlign w:val="center"/>
          </w:tcPr>
          <w:p w14:paraId="19E1C1DB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Den univerzitního sportu</w:t>
            </w:r>
          </w:p>
        </w:tc>
        <w:tc>
          <w:tcPr>
            <w:tcW w:w="2492" w:type="dxa"/>
            <w:vAlign w:val="center"/>
          </w:tcPr>
          <w:p w14:paraId="04D6B0F3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[doplní příjemce]</w:t>
            </w:r>
          </w:p>
        </w:tc>
        <w:tc>
          <w:tcPr>
            <w:tcW w:w="2492" w:type="dxa"/>
            <w:vAlign w:val="center"/>
          </w:tcPr>
          <w:p w14:paraId="3B4F0B35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[doplní příjemce]</w:t>
            </w:r>
          </w:p>
        </w:tc>
        <w:tc>
          <w:tcPr>
            <w:tcW w:w="2493" w:type="dxa"/>
            <w:vAlign w:val="center"/>
          </w:tcPr>
          <w:p w14:paraId="626DBB2E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[odkaz / příloha]</w:t>
            </w:r>
          </w:p>
        </w:tc>
      </w:tr>
      <w:tr w:rsidR="007C6909" w:rsidRPr="00F673A9" w14:paraId="6E15E5DA" w14:textId="77777777" w:rsidTr="00805D14">
        <w:trPr>
          <w:jc w:val="center"/>
        </w:trPr>
        <w:tc>
          <w:tcPr>
            <w:tcW w:w="2491" w:type="dxa"/>
            <w:vAlign w:val="center"/>
          </w:tcPr>
          <w:p w14:paraId="3367A17A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Edukace o zdravém životním stylu</w:t>
            </w:r>
          </w:p>
        </w:tc>
        <w:tc>
          <w:tcPr>
            <w:tcW w:w="2492" w:type="dxa"/>
            <w:vAlign w:val="center"/>
          </w:tcPr>
          <w:p w14:paraId="29AA95B8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[doplní příjemce]</w:t>
            </w:r>
          </w:p>
        </w:tc>
        <w:tc>
          <w:tcPr>
            <w:tcW w:w="2492" w:type="dxa"/>
            <w:vAlign w:val="center"/>
          </w:tcPr>
          <w:p w14:paraId="103E89DD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[doplní příjemce]</w:t>
            </w:r>
          </w:p>
        </w:tc>
        <w:tc>
          <w:tcPr>
            <w:tcW w:w="2493" w:type="dxa"/>
            <w:vAlign w:val="center"/>
          </w:tcPr>
          <w:p w14:paraId="4A3BAAD7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[odkaz / příloha]</w:t>
            </w:r>
          </w:p>
        </w:tc>
      </w:tr>
      <w:tr w:rsidR="007C6909" w:rsidRPr="00F673A9" w14:paraId="6A77AAE2" w14:textId="77777777" w:rsidTr="00805D14">
        <w:trPr>
          <w:jc w:val="center"/>
        </w:trPr>
        <w:tc>
          <w:tcPr>
            <w:tcW w:w="2491" w:type="dxa"/>
            <w:vAlign w:val="center"/>
          </w:tcPr>
          <w:p w14:paraId="591FBDAD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Propagace nabídky sportovních aktivit mezi uchazeči o studium</w:t>
            </w:r>
          </w:p>
        </w:tc>
        <w:tc>
          <w:tcPr>
            <w:tcW w:w="2492" w:type="dxa"/>
            <w:vAlign w:val="center"/>
          </w:tcPr>
          <w:p w14:paraId="31BC7BD4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[doplní příjemce]</w:t>
            </w:r>
          </w:p>
        </w:tc>
        <w:tc>
          <w:tcPr>
            <w:tcW w:w="2492" w:type="dxa"/>
            <w:vAlign w:val="center"/>
          </w:tcPr>
          <w:p w14:paraId="26E72FA9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[doplní příjemce]</w:t>
            </w:r>
          </w:p>
        </w:tc>
        <w:tc>
          <w:tcPr>
            <w:tcW w:w="2493" w:type="dxa"/>
            <w:vAlign w:val="center"/>
          </w:tcPr>
          <w:p w14:paraId="0E1C305A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sz w:val="18"/>
                <w:lang w:val="cs-CZ"/>
              </w:rPr>
              <w:t>[odkaz / příloha]</w:t>
            </w:r>
          </w:p>
        </w:tc>
      </w:tr>
    </w:tbl>
    <w:p w14:paraId="4078B9BC" w14:textId="45B7F0A2" w:rsidR="00AF498C" w:rsidRDefault="00AF498C" w:rsidP="008322E0">
      <w:pPr>
        <w:pStyle w:val="Subheading"/>
        <w:jc w:val="both"/>
        <w:rPr>
          <w:lang w:val="cs-CZ"/>
        </w:rPr>
      </w:pPr>
    </w:p>
    <w:p w14:paraId="552D4B8B" w14:textId="12BA9697" w:rsidR="00AF498C" w:rsidRPr="00AF498C" w:rsidRDefault="00AF498C" w:rsidP="00AF498C">
      <w:pPr>
        <w:spacing w:after="200" w:line="276" w:lineRule="auto"/>
        <w:rPr>
          <w:b/>
          <w:lang w:val="cs-CZ"/>
        </w:rPr>
      </w:pPr>
      <w:r>
        <w:rPr>
          <w:lang w:val="cs-CZ"/>
        </w:rPr>
        <w:br w:type="page"/>
      </w:r>
    </w:p>
    <w:p w14:paraId="0BE3972B" w14:textId="0740152B" w:rsidR="007C6909" w:rsidRPr="00F673A9" w:rsidRDefault="00AF498C" w:rsidP="008322E0">
      <w:pPr>
        <w:pStyle w:val="Subheading"/>
        <w:jc w:val="both"/>
        <w:rPr>
          <w:lang w:val="cs-CZ"/>
        </w:rPr>
      </w:pPr>
      <w:r>
        <w:rPr>
          <w:lang w:val="cs-CZ"/>
        </w:rPr>
        <w:lastRenderedPageBreak/>
        <w:t>5</w:t>
      </w:r>
      <w:r w:rsidR="008903AC" w:rsidRPr="00F673A9">
        <w:rPr>
          <w:lang w:val="cs-CZ"/>
        </w:rPr>
        <w:t>. Stav plnění kritérií a postup k cílové úrovni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4"/>
        <w:gridCol w:w="4984"/>
      </w:tblGrid>
      <w:tr w:rsidR="007C6909" w:rsidRPr="00F673A9" w14:paraId="1CC81463" w14:textId="77777777" w:rsidTr="002622DA">
        <w:trPr>
          <w:jc w:val="center"/>
        </w:trPr>
        <w:tc>
          <w:tcPr>
            <w:tcW w:w="4984" w:type="dxa"/>
            <w:shd w:val="clear" w:color="auto" w:fill="D9EAF7"/>
            <w:vAlign w:val="center"/>
          </w:tcPr>
          <w:p w14:paraId="352AF1C9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Počet kritérií plněných / doložených ke dni zpracování zprávy</w:t>
            </w:r>
          </w:p>
        </w:tc>
        <w:tc>
          <w:tcPr>
            <w:tcW w:w="4984" w:type="dxa"/>
            <w:vAlign w:val="center"/>
          </w:tcPr>
          <w:p w14:paraId="4B8A8974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 podle aktuálních pravidel FISU]</w:t>
            </w:r>
          </w:p>
        </w:tc>
      </w:tr>
      <w:tr w:rsidR="007C6909" w:rsidRPr="00F673A9" w14:paraId="0FEF7D06" w14:textId="77777777" w:rsidTr="002622DA">
        <w:trPr>
          <w:jc w:val="center"/>
        </w:trPr>
        <w:tc>
          <w:tcPr>
            <w:tcW w:w="4984" w:type="dxa"/>
            <w:shd w:val="clear" w:color="auto" w:fill="D9EAF7"/>
            <w:vAlign w:val="center"/>
          </w:tcPr>
          <w:p w14:paraId="42C2ED5C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Počet kritérií validovaných FISU, je-li relevantní</w:t>
            </w:r>
          </w:p>
        </w:tc>
        <w:tc>
          <w:tcPr>
            <w:tcW w:w="4984" w:type="dxa"/>
            <w:vAlign w:val="center"/>
          </w:tcPr>
          <w:p w14:paraId="4B18C2A1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  <w:tr w:rsidR="007C6909" w:rsidRPr="00F673A9" w14:paraId="71110691" w14:textId="77777777" w:rsidTr="002622DA">
        <w:trPr>
          <w:jc w:val="center"/>
        </w:trPr>
        <w:tc>
          <w:tcPr>
            <w:tcW w:w="4984" w:type="dxa"/>
            <w:shd w:val="clear" w:color="auto" w:fill="D9EAF7"/>
            <w:vAlign w:val="center"/>
          </w:tcPr>
          <w:p w14:paraId="100489F4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Hlavní dosažený posun</w:t>
            </w:r>
          </w:p>
        </w:tc>
        <w:tc>
          <w:tcPr>
            <w:tcW w:w="4984" w:type="dxa"/>
            <w:vAlign w:val="center"/>
          </w:tcPr>
          <w:p w14:paraId="192D11D0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  <w:tr w:rsidR="007C6909" w:rsidRPr="00F673A9" w14:paraId="506848DD" w14:textId="77777777" w:rsidTr="002622DA">
        <w:trPr>
          <w:jc w:val="center"/>
        </w:trPr>
        <w:tc>
          <w:tcPr>
            <w:tcW w:w="4984" w:type="dxa"/>
            <w:shd w:val="clear" w:color="auto" w:fill="D9EAF7"/>
            <w:vAlign w:val="center"/>
          </w:tcPr>
          <w:p w14:paraId="3535D6BF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Překážky a navržená nápravná nebo rozvojová opatření</w:t>
            </w:r>
          </w:p>
        </w:tc>
        <w:tc>
          <w:tcPr>
            <w:tcW w:w="4984" w:type="dxa"/>
            <w:vAlign w:val="center"/>
          </w:tcPr>
          <w:p w14:paraId="6D7C30C8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</w:tbl>
    <w:p w14:paraId="7A9BFD2E" w14:textId="77777777" w:rsidR="00AF498C" w:rsidRDefault="00AF498C" w:rsidP="008322E0">
      <w:pPr>
        <w:pStyle w:val="Subheading"/>
        <w:jc w:val="both"/>
        <w:rPr>
          <w:lang w:val="cs-CZ"/>
        </w:rPr>
      </w:pPr>
    </w:p>
    <w:p w14:paraId="4BC028D1" w14:textId="16CABC06" w:rsidR="007C6909" w:rsidRPr="00F673A9" w:rsidRDefault="00AF498C" w:rsidP="008322E0">
      <w:pPr>
        <w:pStyle w:val="Subheading"/>
        <w:jc w:val="both"/>
        <w:rPr>
          <w:lang w:val="cs-CZ"/>
        </w:rPr>
      </w:pPr>
      <w:r>
        <w:rPr>
          <w:lang w:val="cs-CZ"/>
        </w:rPr>
        <w:t>6</w:t>
      </w:r>
      <w:r w:rsidR="008903AC" w:rsidRPr="00F673A9">
        <w:rPr>
          <w:lang w:val="cs-CZ"/>
        </w:rPr>
        <w:t>. Celkové vyhodnocení</w:t>
      </w:r>
    </w:p>
    <w:p w14:paraId="25EAAE4C" w14:textId="2A934AF4" w:rsidR="007C6909" w:rsidRPr="00F673A9" w:rsidRDefault="008903AC" w:rsidP="008322E0">
      <w:pPr>
        <w:jc w:val="both"/>
        <w:rPr>
          <w:lang w:val="cs-CZ"/>
        </w:rPr>
      </w:pPr>
      <w:r w:rsidRPr="00F673A9">
        <w:rPr>
          <w:lang w:val="cs-CZ"/>
        </w:rPr>
        <w:t>Stručně zhodnoťte naplnění akčního plánu, přínos realizovaných opatření</w:t>
      </w:r>
      <w:r w:rsidR="00AF498C">
        <w:rPr>
          <w:lang w:val="cs-CZ"/>
        </w:rPr>
        <w:t xml:space="preserve"> </w:t>
      </w:r>
      <w:r w:rsidRPr="00F673A9">
        <w:rPr>
          <w:lang w:val="cs-CZ"/>
        </w:rPr>
        <w:t>a další kroky plánované pro následující období:</w:t>
      </w:r>
    </w:p>
    <w:p w14:paraId="372D6151" w14:textId="77777777" w:rsidR="007C6909" w:rsidRPr="00F673A9" w:rsidRDefault="008903AC" w:rsidP="008322E0">
      <w:pPr>
        <w:spacing w:after="560"/>
        <w:jc w:val="both"/>
        <w:rPr>
          <w:lang w:val="cs-CZ"/>
        </w:rPr>
      </w:pPr>
      <w:r w:rsidRPr="00F673A9">
        <w:rPr>
          <w:lang w:val="cs-CZ"/>
        </w:rPr>
        <w:t>[doplní příjemce]</w:t>
      </w:r>
    </w:p>
    <w:p w14:paraId="2C0B8DB7" w14:textId="27B646E6" w:rsidR="007C6909" w:rsidRPr="00F673A9" w:rsidRDefault="00AF498C" w:rsidP="008322E0">
      <w:pPr>
        <w:pStyle w:val="Subheading"/>
        <w:jc w:val="both"/>
        <w:rPr>
          <w:lang w:val="cs-CZ"/>
        </w:rPr>
      </w:pPr>
      <w:r>
        <w:rPr>
          <w:lang w:val="cs-CZ"/>
        </w:rPr>
        <w:t>7</w:t>
      </w:r>
      <w:r w:rsidR="008903AC" w:rsidRPr="00F673A9">
        <w:rPr>
          <w:lang w:val="cs-CZ"/>
        </w:rPr>
        <w:t>. Prohlášení příjemce</w:t>
      </w:r>
    </w:p>
    <w:p w14:paraId="52486399" w14:textId="77777777" w:rsidR="007C6909" w:rsidRPr="00F673A9" w:rsidRDefault="008903AC" w:rsidP="008322E0">
      <w:pPr>
        <w:jc w:val="both"/>
        <w:rPr>
          <w:lang w:val="cs-CZ"/>
        </w:rPr>
      </w:pPr>
      <w:r w:rsidRPr="00F673A9">
        <w:rPr>
          <w:lang w:val="cs-CZ"/>
        </w:rPr>
        <w:t>Příjemce prohlašuje, že údaje uvedené v této zprávě jsou pravdivé, úplné a průkazné a že související dokumentaci uchovává v souladu s podmínkami rozhodnutí a platnými právními předpisy.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4"/>
        <w:gridCol w:w="4984"/>
      </w:tblGrid>
      <w:tr w:rsidR="007C6909" w:rsidRPr="00F673A9" w14:paraId="57CAD99C" w14:textId="77777777" w:rsidTr="00805D14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3E21C551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Místo a datum</w:t>
            </w:r>
          </w:p>
        </w:tc>
        <w:tc>
          <w:tcPr>
            <w:tcW w:w="4989" w:type="dxa"/>
            <w:vAlign w:val="center"/>
          </w:tcPr>
          <w:p w14:paraId="309B7B02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  <w:tr w:rsidR="007C6909" w:rsidRPr="00F673A9" w14:paraId="08989A63" w14:textId="77777777" w:rsidTr="00805D14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1C0B265E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Jméno a funkce oprávněné osoby</w:t>
            </w:r>
          </w:p>
        </w:tc>
        <w:tc>
          <w:tcPr>
            <w:tcW w:w="4989" w:type="dxa"/>
            <w:vAlign w:val="center"/>
          </w:tcPr>
          <w:p w14:paraId="72CB9ED1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[doplní příjemce]</w:t>
            </w:r>
          </w:p>
        </w:tc>
      </w:tr>
      <w:tr w:rsidR="007C6909" w:rsidRPr="00F673A9" w14:paraId="5F6A0F87" w14:textId="77777777" w:rsidTr="00805D14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61676F27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Podpis</w:t>
            </w:r>
          </w:p>
        </w:tc>
        <w:tc>
          <w:tcPr>
            <w:tcW w:w="4989" w:type="dxa"/>
            <w:vAlign w:val="center"/>
          </w:tcPr>
          <w:p w14:paraId="582004EE" w14:textId="77777777" w:rsidR="007C6909" w:rsidRPr="00F673A9" w:rsidRDefault="007C6909" w:rsidP="008322E0">
            <w:pPr>
              <w:jc w:val="both"/>
              <w:rPr>
                <w:lang w:val="cs-CZ"/>
              </w:rPr>
            </w:pPr>
          </w:p>
        </w:tc>
      </w:tr>
      <w:tr w:rsidR="007C6909" w:rsidRPr="00F673A9" w14:paraId="3F1B5BF7" w14:textId="77777777" w:rsidTr="00805D14">
        <w:trPr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02E28B8F" w14:textId="77777777" w:rsidR="007C6909" w:rsidRPr="00F673A9" w:rsidRDefault="008903AC" w:rsidP="00805D14">
            <w:pPr>
              <w:rPr>
                <w:lang w:val="cs-CZ"/>
              </w:rPr>
            </w:pPr>
            <w:r w:rsidRPr="00F673A9">
              <w:rPr>
                <w:b/>
                <w:lang w:val="cs-CZ"/>
              </w:rPr>
              <w:t>Kontaktní osoba pro doplnění zprávy</w:t>
            </w:r>
          </w:p>
        </w:tc>
        <w:tc>
          <w:tcPr>
            <w:tcW w:w="4989" w:type="dxa"/>
            <w:vAlign w:val="center"/>
          </w:tcPr>
          <w:p w14:paraId="48109470" w14:textId="77777777" w:rsidR="007C6909" w:rsidRPr="00F673A9" w:rsidRDefault="008903AC" w:rsidP="008322E0">
            <w:pPr>
              <w:jc w:val="both"/>
              <w:rPr>
                <w:lang w:val="cs-CZ"/>
              </w:rPr>
            </w:pPr>
            <w:r w:rsidRPr="00F673A9">
              <w:rPr>
                <w:lang w:val="cs-CZ"/>
              </w:rPr>
              <w:t>[jméno, e-mail, telefon]</w:t>
            </w:r>
          </w:p>
        </w:tc>
      </w:tr>
    </w:tbl>
    <w:p w14:paraId="1BDDFD10" w14:textId="77777777" w:rsidR="008903AC" w:rsidRPr="00F673A9" w:rsidRDefault="008903AC" w:rsidP="008322E0">
      <w:pPr>
        <w:jc w:val="both"/>
        <w:rPr>
          <w:lang w:val="cs-CZ"/>
        </w:rPr>
      </w:pPr>
    </w:p>
    <w:sectPr w:rsidR="008903AC" w:rsidRPr="00F673A9" w:rsidSect="00034616">
      <w:footerReference w:type="default" r:id="rId8"/>
      <w:pgSz w:w="11906" w:h="16838"/>
      <w:pgMar w:top="1020" w:right="964" w:bottom="907" w:left="96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05A05" w14:textId="77777777" w:rsidR="00A76C97" w:rsidRDefault="00A76C97">
      <w:pPr>
        <w:spacing w:after="0"/>
      </w:pPr>
      <w:r>
        <w:separator/>
      </w:r>
    </w:p>
  </w:endnote>
  <w:endnote w:type="continuationSeparator" w:id="0">
    <w:p w14:paraId="12AC894A" w14:textId="77777777" w:rsidR="00A76C97" w:rsidRDefault="00A76C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C0CCD" w14:textId="2CB2E30E" w:rsidR="007C6909" w:rsidRDefault="008903AC">
    <w:pPr>
      <w:pStyle w:val="Zpat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231327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6E4C9" w14:textId="77777777" w:rsidR="00A76C97" w:rsidRDefault="00A76C97">
      <w:pPr>
        <w:spacing w:after="0"/>
      </w:pPr>
      <w:r>
        <w:separator/>
      </w:r>
    </w:p>
  </w:footnote>
  <w:footnote w:type="continuationSeparator" w:id="0">
    <w:p w14:paraId="75938F7E" w14:textId="77777777" w:rsidR="00A76C97" w:rsidRDefault="00A76C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3008537">
    <w:abstractNumId w:val="8"/>
  </w:num>
  <w:num w:numId="2" w16cid:durableId="605382865">
    <w:abstractNumId w:val="6"/>
  </w:num>
  <w:num w:numId="3" w16cid:durableId="1676952187">
    <w:abstractNumId w:val="5"/>
  </w:num>
  <w:num w:numId="4" w16cid:durableId="623535778">
    <w:abstractNumId w:val="4"/>
  </w:num>
  <w:num w:numId="5" w16cid:durableId="1334335463">
    <w:abstractNumId w:val="7"/>
  </w:num>
  <w:num w:numId="6" w16cid:durableId="1844122072">
    <w:abstractNumId w:val="3"/>
  </w:num>
  <w:num w:numId="7" w16cid:durableId="1476409789">
    <w:abstractNumId w:val="2"/>
  </w:num>
  <w:num w:numId="8" w16cid:durableId="1223761070">
    <w:abstractNumId w:val="1"/>
  </w:num>
  <w:num w:numId="9" w16cid:durableId="38962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ABB"/>
    <w:rsid w:val="00034616"/>
    <w:rsid w:val="0006063C"/>
    <w:rsid w:val="00103A6F"/>
    <w:rsid w:val="0015074B"/>
    <w:rsid w:val="00191DEE"/>
    <w:rsid w:val="00231327"/>
    <w:rsid w:val="00250667"/>
    <w:rsid w:val="002622DA"/>
    <w:rsid w:val="0029639D"/>
    <w:rsid w:val="00326F90"/>
    <w:rsid w:val="003C56C2"/>
    <w:rsid w:val="00410664"/>
    <w:rsid w:val="004D66B6"/>
    <w:rsid w:val="00543A5C"/>
    <w:rsid w:val="00547C26"/>
    <w:rsid w:val="00574481"/>
    <w:rsid w:val="005833C4"/>
    <w:rsid w:val="00641B54"/>
    <w:rsid w:val="00727A8A"/>
    <w:rsid w:val="007C6909"/>
    <w:rsid w:val="007D4896"/>
    <w:rsid w:val="007D4EAD"/>
    <w:rsid w:val="007D5B4B"/>
    <w:rsid w:val="00801422"/>
    <w:rsid w:val="00805D14"/>
    <w:rsid w:val="008322E0"/>
    <w:rsid w:val="00864D33"/>
    <w:rsid w:val="008903AC"/>
    <w:rsid w:val="00954CF5"/>
    <w:rsid w:val="0097684A"/>
    <w:rsid w:val="009850EF"/>
    <w:rsid w:val="009904C2"/>
    <w:rsid w:val="00996280"/>
    <w:rsid w:val="009E0E8E"/>
    <w:rsid w:val="00A766E9"/>
    <w:rsid w:val="00A76C97"/>
    <w:rsid w:val="00A84DA0"/>
    <w:rsid w:val="00AA1D8D"/>
    <w:rsid w:val="00AF498C"/>
    <w:rsid w:val="00AF56F7"/>
    <w:rsid w:val="00B47730"/>
    <w:rsid w:val="00BF211C"/>
    <w:rsid w:val="00C30209"/>
    <w:rsid w:val="00CB0664"/>
    <w:rsid w:val="00CF05B7"/>
    <w:rsid w:val="00D00DBD"/>
    <w:rsid w:val="00D363D0"/>
    <w:rsid w:val="00D41A20"/>
    <w:rsid w:val="00D63AD4"/>
    <w:rsid w:val="00D66C39"/>
    <w:rsid w:val="00D94BB3"/>
    <w:rsid w:val="00DA689B"/>
    <w:rsid w:val="00DD5909"/>
    <w:rsid w:val="00DD72C3"/>
    <w:rsid w:val="00E24F6E"/>
    <w:rsid w:val="00F11B2B"/>
    <w:rsid w:val="00F4183B"/>
    <w:rsid w:val="00F673A9"/>
    <w:rsid w:val="00FC12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BF5346AF-CAA8-40E6-A14D-49F31BEA4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 w:line="240" w:lineRule="auto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Title">
    <w:name w:val="Article Title"/>
    <w:pPr>
      <w:keepNext/>
      <w:spacing w:before="160" w:after="120"/>
      <w:jc w:val="center"/>
    </w:pPr>
    <w:rPr>
      <w:rFonts w:ascii="Arial" w:hAnsi="Arial"/>
      <w:b/>
      <w:sz w:val="24"/>
    </w:rPr>
  </w:style>
  <w:style w:type="paragraph" w:customStyle="1" w:styleId="ArticleNumber">
    <w:name w:val="Article Number"/>
    <w:pPr>
      <w:keepNext/>
      <w:spacing w:before="180" w:after="0"/>
      <w:jc w:val="center"/>
    </w:pPr>
    <w:rPr>
      <w:rFonts w:ascii="Arial" w:hAnsi="Arial"/>
      <w:b/>
      <w:i/>
    </w:rPr>
  </w:style>
  <w:style w:type="paragraph" w:customStyle="1" w:styleId="Subheading">
    <w:name w:val="Subheading"/>
    <w:pPr>
      <w:keepNext/>
      <w:spacing w:before="100" w:after="40"/>
    </w:pPr>
    <w:rPr>
      <w:rFonts w:ascii="Arial" w:hAnsi="Arial"/>
      <w:b/>
      <w:sz w:val="21"/>
    </w:rPr>
  </w:style>
  <w:style w:type="paragraph" w:customStyle="1" w:styleId="NumberedClause">
    <w:name w:val="Numbered Clause"/>
    <w:pPr>
      <w:spacing w:after="60" w:line="240" w:lineRule="auto"/>
      <w:ind w:left="425" w:hanging="425"/>
      <w:jc w:val="both"/>
    </w:pPr>
    <w:rPr>
      <w:rFonts w:ascii="Arial" w:hAnsi="Arial"/>
      <w:sz w:val="21"/>
    </w:rPr>
  </w:style>
  <w:style w:type="paragraph" w:customStyle="1" w:styleId="BulletClause">
    <w:name w:val="Bullet Clause"/>
    <w:pPr>
      <w:spacing w:after="40" w:line="240" w:lineRule="auto"/>
      <w:ind w:left="624" w:hanging="255"/>
      <w:jc w:val="both"/>
    </w:pPr>
    <w:rPr>
      <w:rFonts w:ascii="Arial" w:hAnsi="Arial"/>
      <w:sz w:val="21"/>
    </w:rPr>
  </w:style>
  <w:style w:type="paragraph" w:customStyle="1" w:styleId="LetterClause">
    <w:name w:val="Letter Clause"/>
    <w:pPr>
      <w:spacing w:after="40" w:line="240" w:lineRule="auto"/>
      <w:ind w:left="624" w:hanging="369"/>
      <w:jc w:val="both"/>
    </w:pPr>
    <w:rPr>
      <w:rFonts w:ascii="Arial" w:hAnsi="Arial"/>
      <w:sz w:val="21"/>
    </w:rPr>
  </w:style>
  <w:style w:type="paragraph" w:customStyle="1" w:styleId="RevisionNote">
    <w:name w:val="Revision Note"/>
    <w:pPr>
      <w:spacing w:before="60" w:after="100"/>
      <w:ind w:left="397" w:right="397"/>
    </w:pPr>
    <w:rPr>
      <w:rFonts w:ascii="Arial" w:hAnsi="Arial"/>
      <w:i/>
      <w:color w:val="78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Plichta</dc:creator>
  <cp:keywords/>
  <dc:description>generated by python-docx</dc:description>
  <cp:lastModifiedBy>Havlíček Tomáš</cp:lastModifiedBy>
  <cp:revision>2</cp:revision>
  <dcterms:created xsi:type="dcterms:W3CDTF">2026-09-07T05:37:00Z</dcterms:created>
  <dcterms:modified xsi:type="dcterms:W3CDTF">2026-09-07T05:37:00Z</dcterms:modified>
  <cp:category/>
</cp:coreProperties>
</file>