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376BB" w:rsidR="00FB6886" w:rsidP="1F139B6E" w:rsidRDefault="7B6257D9" w14:paraId="01DF88FA" w14:textId="04F95A64">
      <w:pPr>
        <w:pStyle w:val="Nadpis1"/>
        <w:jc w:val="both"/>
        <w:rPr>
          <w:rFonts w:ascii="Arial" w:hAnsi="Arial" w:cs="Arial"/>
          <w:color w:val="auto"/>
          <w:lang w:val="cs-CZ"/>
        </w:rPr>
      </w:pPr>
      <w:r w:rsidRPr="3D7139F8" w:rsidR="35F9BA9B">
        <w:rPr>
          <w:rFonts w:ascii="Arial" w:hAnsi="Arial" w:cs="Arial"/>
          <w:color w:val="auto"/>
          <w:lang w:val="cs-CZ"/>
        </w:rPr>
        <w:t>U</w:t>
      </w:r>
      <w:r w:rsidRPr="3D7139F8" w:rsidR="2A83A8FA">
        <w:rPr>
          <w:rFonts w:ascii="Arial" w:hAnsi="Arial" w:cs="Arial"/>
          <w:color w:val="auto"/>
          <w:lang w:val="cs-CZ"/>
        </w:rPr>
        <w:t>snesení</w:t>
      </w:r>
      <w:r w:rsidRPr="3D7139F8" w:rsidR="64D27CD0">
        <w:rPr>
          <w:rFonts w:ascii="Arial" w:hAnsi="Arial" w:cs="Arial"/>
          <w:color w:val="auto"/>
          <w:lang w:val="cs-CZ"/>
        </w:rPr>
        <w:t xml:space="preserve"> orgánů obce/města</w:t>
      </w:r>
      <w:r w:rsidRPr="3D7139F8" w:rsidR="2A83A8FA">
        <w:rPr>
          <w:rFonts w:ascii="Arial" w:hAnsi="Arial" w:cs="Arial"/>
          <w:color w:val="auto"/>
          <w:lang w:val="cs-CZ"/>
        </w:rPr>
        <w:t xml:space="preserve"> </w:t>
      </w:r>
      <w:r w:rsidRPr="3D7139F8" w:rsidR="7F419E51">
        <w:rPr>
          <w:rFonts w:ascii="Arial" w:hAnsi="Arial" w:cs="Arial"/>
          <w:color w:val="auto"/>
          <w:lang w:val="cs-CZ"/>
        </w:rPr>
        <w:t xml:space="preserve">– </w:t>
      </w:r>
      <w:r w:rsidRPr="3D7139F8" w:rsidR="4760F014">
        <w:rPr>
          <w:rFonts w:ascii="Arial" w:hAnsi="Arial" w:cs="Arial"/>
          <w:color w:val="auto"/>
          <w:lang w:val="cs-CZ"/>
        </w:rPr>
        <w:t>SPLYNUTÍ</w:t>
      </w:r>
    </w:p>
    <w:p w:rsidRPr="00C376BB" w:rsidR="00C376BB" w:rsidP="00C376BB" w:rsidRDefault="00C376BB" w14:paraId="31F1F89B" w14:textId="77777777">
      <w:pPr>
        <w:jc w:val="both"/>
        <w:rPr>
          <w:rFonts w:ascii="Arial" w:hAnsi="Arial" w:cs="Arial"/>
          <w:lang w:val="cs-CZ"/>
        </w:rPr>
      </w:pPr>
    </w:p>
    <w:p w:rsidRPr="00C376BB" w:rsidR="00542041" w:rsidP="1F139B6E" w:rsidRDefault="7B6257D9" w14:paraId="78A7BDA2" w14:textId="1AA8F9D8">
      <w:pPr>
        <w:pStyle w:val="Nadpis2"/>
        <w:jc w:val="both"/>
        <w:rPr>
          <w:rFonts w:ascii="Arial" w:hAnsi="Arial" w:cs="Arial"/>
          <w:color w:val="auto"/>
          <w:sz w:val="22"/>
          <w:szCs w:val="22"/>
          <w:highlight w:val="yellow"/>
          <w:lang w:val="cs-CZ"/>
        </w:rPr>
      </w:pPr>
      <w:r w:rsidRPr="2E572CD1" w:rsidR="10613FA2">
        <w:rPr>
          <w:rFonts w:ascii="Arial" w:hAnsi="Arial" w:cs="Arial"/>
          <w:color w:val="auto"/>
          <w:sz w:val="22"/>
          <w:szCs w:val="22"/>
          <w:lang w:val="cs-CZ"/>
        </w:rPr>
        <w:t xml:space="preserve">Usnesení Zastupitelstva </w:t>
      </w:r>
      <w:r w:rsidRPr="2E572CD1" w:rsidR="76B3CDA4">
        <w:rPr>
          <w:rFonts w:ascii="Arial" w:hAnsi="Arial" w:cs="Arial"/>
          <w:color w:val="auto"/>
          <w:sz w:val="22"/>
          <w:szCs w:val="22"/>
          <w:lang w:val="cs-CZ"/>
        </w:rPr>
        <w:t>obce</w:t>
      </w:r>
      <w:r w:rsidRPr="2E572CD1" w:rsidR="31B29C88">
        <w:rPr>
          <w:rFonts w:ascii="Arial" w:hAnsi="Arial" w:cs="Arial"/>
          <w:color w:val="auto"/>
          <w:sz w:val="22"/>
          <w:szCs w:val="22"/>
          <w:lang w:val="cs-CZ"/>
        </w:rPr>
        <w:t>/města</w:t>
      </w:r>
      <w:r w:rsidRPr="2E572CD1" w:rsidR="615598D1">
        <w:rPr>
          <w:rFonts w:ascii="Arial" w:hAnsi="Arial" w:cs="Arial"/>
          <w:color w:val="auto"/>
          <w:sz w:val="22"/>
          <w:szCs w:val="22"/>
          <w:lang w:val="cs-CZ"/>
        </w:rPr>
        <w:t xml:space="preserve"> </w:t>
      </w:r>
      <w:r w:rsidRPr="2E572CD1" w:rsidR="31B29C88">
        <w:rPr>
          <w:rFonts w:ascii="Arial" w:hAnsi="Arial" w:cs="Arial"/>
          <w:color w:val="auto"/>
          <w:sz w:val="22"/>
          <w:szCs w:val="22"/>
          <w:lang w:val="cs-CZ"/>
        </w:rPr>
        <w:t>........</w:t>
      </w:r>
    </w:p>
    <w:p w:rsidRPr="00C376BB" w:rsidR="00542041" w:rsidP="1F139B6E" w:rsidRDefault="7B6257D9" w14:paraId="5622F227" w14:textId="1FC5F717">
      <w:pPr>
        <w:jc w:val="both"/>
        <w:rPr>
          <w:rFonts w:ascii="Arial" w:hAnsi="Arial" w:cs="Arial"/>
          <w:highlight w:val="yellow"/>
          <w:lang w:val="cs-CZ"/>
        </w:rPr>
      </w:pPr>
      <w:r w:rsidRPr="1F139B6E">
        <w:rPr>
          <w:rFonts w:ascii="Arial" w:hAnsi="Arial" w:cs="Arial"/>
          <w:lang w:val="cs-CZ"/>
        </w:rPr>
        <w:t xml:space="preserve">z </w:t>
      </w:r>
      <w:r w:rsidRPr="1F139B6E" w:rsidR="172427D3">
        <w:rPr>
          <w:rFonts w:ascii="Arial" w:hAnsi="Arial" w:cs="Arial"/>
          <w:lang w:val="cs-CZ"/>
        </w:rPr>
        <w:t>.....</w:t>
      </w:r>
      <w:r w:rsidRPr="1F139B6E">
        <w:rPr>
          <w:rFonts w:ascii="Arial" w:hAnsi="Arial" w:cs="Arial"/>
          <w:lang w:val="cs-CZ"/>
        </w:rPr>
        <w:t xml:space="preserve">. zasedání konaného dne </w:t>
      </w:r>
      <w:r w:rsidRPr="1F139B6E" w:rsidR="709E9903">
        <w:rPr>
          <w:rFonts w:ascii="Arial" w:hAnsi="Arial" w:cs="Arial"/>
          <w:lang w:val="cs-CZ"/>
        </w:rPr>
        <w:t>.........</w:t>
      </w:r>
    </w:p>
    <w:p w:rsidRPr="00C376BB" w:rsidR="00FB6886" w:rsidP="00C376BB" w:rsidRDefault="009F4D01" w14:paraId="75540527" w14:textId="1FCF2FEE">
      <w:pPr>
        <w:jc w:val="both"/>
        <w:rPr>
          <w:rFonts w:ascii="Arial" w:hAnsi="Arial" w:cs="Arial"/>
          <w:lang w:val="cs-CZ"/>
        </w:rPr>
      </w:pPr>
      <w:r w:rsidRPr="0BEAEAAB">
        <w:rPr>
          <w:rFonts w:ascii="Arial" w:hAnsi="Arial" w:cs="Arial"/>
          <w:lang w:val="cs-CZ"/>
        </w:rPr>
        <w:t xml:space="preserve">Usnesení č. </w:t>
      </w:r>
      <w:r w:rsidRPr="0BEAEAAB" w:rsidR="3A2BD8A1">
        <w:rPr>
          <w:rFonts w:ascii="Arial" w:hAnsi="Arial" w:cs="Arial"/>
          <w:lang w:val="cs-CZ"/>
        </w:rPr>
        <w:t>....</w:t>
      </w:r>
      <w:r w:rsidRPr="0BEAEAAB" w:rsidR="7B6257D9">
        <w:rPr>
          <w:rFonts w:ascii="Arial" w:hAnsi="Arial" w:cs="Arial"/>
          <w:lang w:val="cs-CZ"/>
        </w:rPr>
        <w:t xml:space="preserve"> ze dne </w:t>
      </w:r>
      <w:r w:rsidRPr="0BEAEAAB" w:rsidR="5A45D129">
        <w:rPr>
          <w:rFonts w:ascii="Arial" w:hAnsi="Arial" w:cs="Arial"/>
          <w:lang w:val="cs-CZ"/>
        </w:rPr>
        <w:t>.......</w:t>
      </w:r>
    </w:p>
    <w:p w:rsidRPr="00C376BB" w:rsidR="00542041" w:rsidP="0BEAEAAB" w:rsidRDefault="009F4D01" w14:paraId="15B09737" w14:textId="5AAC17EB">
      <w:pPr>
        <w:jc w:val="both"/>
        <w:rPr>
          <w:rFonts w:ascii="Arial" w:hAnsi="Arial" w:cs="Arial"/>
          <w:lang w:val="cs-CZ"/>
        </w:rPr>
      </w:pPr>
      <w:r w:rsidRPr="0CE7213F">
        <w:rPr>
          <w:rFonts w:ascii="Arial" w:hAnsi="Arial" w:cs="Arial"/>
          <w:lang w:val="cs-CZ"/>
        </w:rPr>
        <w:t xml:space="preserve">k bodu č. </w:t>
      </w:r>
      <w:r w:rsidRPr="0CE7213F" w:rsidR="0435A75A">
        <w:rPr>
          <w:rFonts w:ascii="Arial" w:hAnsi="Arial" w:cs="Arial"/>
          <w:lang w:val="cs-CZ"/>
        </w:rPr>
        <w:t>....</w:t>
      </w:r>
      <w:r w:rsidRPr="0CE7213F" w:rsidR="7B6257D9">
        <w:rPr>
          <w:rFonts w:ascii="Arial" w:hAnsi="Arial" w:cs="Arial"/>
          <w:lang w:val="cs-CZ"/>
        </w:rPr>
        <w:t xml:space="preserve"> Splynutí příspěvkových organizací </w:t>
      </w:r>
      <w:r w:rsidRPr="0CE7213F" w:rsidR="31B47527">
        <w:rPr>
          <w:rFonts w:ascii="Arial" w:hAnsi="Arial" w:cs="Arial"/>
          <w:lang w:val="cs-CZ"/>
        </w:rPr>
        <w:t xml:space="preserve">........ </w:t>
      </w:r>
      <w:r w:rsidRPr="0CE7213F" w:rsidR="2D9BCA8F">
        <w:rPr>
          <w:rFonts w:ascii="Calibri" w:hAnsi="Calibri" w:eastAsia="Calibri" w:cs="Calibri"/>
          <w:i/>
          <w:iCs/>
          <w:color w:val="80340D"/>
          <w:sz w:val="24"/>
          <w:szCs w:val="24"/>
          <w:lang w:val="cs-CZ"/>
        </w:rPr>
        <w:t>(uveďte úplný název první příspěvkové organizace)</w:t>
      </w:r>
      <w:r w:rsidRPr="0CE7213F">
        <w:rPr>
          <w:rFonts w:ascii="Arial" w:hAnsi="Arial" w:cs="Arial"/>
          <w:lang w:val="cs-CZ"/>
        </w:rPr>
        <w:t xml:space="preserve"> a </w:t>
      </w:r>
      <w:r w:rsidRPr="0CE7213F" w:rsidR="3F80EB7B">
        <w:rPr>
          <w:rFonts w:ascii="Arial" w:hAnsi="Arial" w:cs="Arial"/>
          <w:lang w:val="cs-CZ"/>
        </w:rPr>
        <w:t xml:space="preserve">............ </w:t>
      </w:r>
      <w:r w:rsidRPr="0CE7213F" w:rsidR="3F80EB7B">
        <w:rPr>
          <w:rFonts w:ascii="Calibri" w:hAnsi="Calibri" w:eastAsia="Calibri" w:cs="Calibri"/>
          <w:i/>
          <w:iCs/>
          <w:color w:val="80340D"/>
          <w:sz w:val="24"/>
          <w:szCs w:val="24"/>
          <w:lang w:val="cs-CZ"/>
        </w:rPr>
        <w:t>(uveďte úplný název další příspěvkové organizace)</w:t>
      </w:r>
      <w:r w:rsidRPr="0CE7213F">
        <w:rPr>
          <w:rFonts w:ascii="Arial" w:hAnsi="Arial" w:cs="Arial"/>
          <w:lang w:val="cs-CZ"/>
        </w:rPr>
        <w:t>.</w:t>
      </w:r>
    </w:p>
    <w:p w:rsidRPr="00C376BB" w:rsidR="00542041" w:rsidP="00C376BB" w:rsidRDefault="009F4D01" w14:paraId="32A5D2AD" w14:textId="796D4B93">
      <w:pPr>
        <w:jc w:val="both"/>
        <w:rPr>
          <w:rFonts w:ascii="Arial" w:hAnsi="Arial" w:cs="Arial"/>
          <w:lang w:val="cs-CZ"/>
        </w:rPr>
      </w:pPr>
      <w:r w:rsidRPr="2E572CD1" w:rsidR="38E8C2E0">
        <w:rPr>
          <w:rFonts w:ascii="Arial" w:hAnsi="Arial" w:cs="Arial"/>
          <w:lang w:val="cs-CZ"/>
        </w:rPr>
        <w:t>Zastupitelstvo obce</w:t>
      </w:r>
      <w:r w:rsidRPr="2E572CD1" w:rsidR="6EB22A17">
        <w:rPr>
          <w:rFonts w:ascii="Arial" w:hAnsi="Arial" w:cs="Arial"/>
          <w:lang w:val="cs-CZ"/>
        </w:rPr>
        <w:t>/města</w:t>
      </w:r>
      <w:r w:rsidRPr="2E572CD1" w:rsidR="2E1F1BEB">
        <w:rPr>
          <w:rFonts w:ascii="Arial" w:hAnsi="Arial" w:cs="Arial"/>
          <w:lang w:val="cs-CZ"/>
        </w:rPr>
        <w:t xml:space="preserve"> </w:t>
      </w:r>
      <w:r w:rsidRPr="2E572CD1" w:rsidR="205AFD5D">
        <w:rPr>
          <w:rFonts w:ascii="Arial" w:hAnsi="Arial" w:cs="Arial"/>
          <w:lang w:val="cs-CZ"/>
        </w:rPr>
        <w:t>.........</w:t>
      </w:r>
    </w:p>
    <w:p w:rsidRPr="00C376BB" w:rsidR="00FB6886" w:rsidP="00C376BB" w:rsidRDefault="009F4D01" w14:paraId="447620E1" w14:textId="0DB4B8B2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/>
          <w:bCs/>
          <w:lang w:val="cs-CZ"/>
        </w:rPr>
      </w:pPr>
      <w:r w:rsidRPr="00C376BB">
        <w:rPr>
          <w:rFonts w:ascii="Arial" w:hAnsi="Arial" w:cs="Arial"/>
          <w:b/>
          <w:bCs/>
          <w:lang w:val="cs-CZ"/>
        </w:rPr>
        <w:t>rozhod</w:t>
      </w:r>
      <w:r w:rsidRPr="00C376BB" w:rsidR="001C6331">
        <w:rPr>
          <w:rFonts w:ascii="Arial" w:hAnsi="Arial" w:cs="Arial"/>
          <w:b/>
          <w:bCs/>
          <w:lang w:val="cs-CZ"/>
        </w:rPr>
        <w:t>uje</w:t>
      </w:r>
    </w:p>
    <w:p w:rsidRPr="00C376BB" w:rsidR="00542041" w:rsidP="0CE7213F" w:rsidRDefault="009F4D01" w14:paraId="1713CAAA" w14:textId="3D977E01">
      <w:pPr>
        <w:jc w:val="both"/>
        <w:rPr>
          <w:rFonts w:ascii="Arial" w:hAnsi="Arial" w:cs="Arial"/>
          <w:lang w:val="cs-CZ"/>
        </w:rPr>
      </w:pPr>
      <w:r w:rsidRPr="0CE7213F">
        <w:rPr>
          <w:rFonts w:ascii="Arial" w:hAnsi="Arial" w:cs="Arial"/>
          <w:lang w:val="cs-CZ"/>
        </w:rPr>
        <w:t xml:space="preserve">podle § 27 odst. 9 zákona č. 250/2000 Sb., o rozpočtových pravidlech územních rozpočtů, o splynutí příspěvkové organizace </w:t>
      </w:r>
      <w:r w:rsidRPr="0CE7213F" w:rsidR="373F4B8A">
        <w:rPr>
          <w:rFonts w:ascii="Arial" w:hAnsi="Arial" w:cs="Arial"/>
          <w:lang w:val="cs-CZ"/>
        </w:rPr>
        <w:t xml:space="preserve">....... </w:t>
      </w:r>
      <w:r w:rsidRPr="0CE7213F" w:rsidR="373F4B8A">
        <w:rPr>
          <w:rFonts w:ascii="Calibri" w:hAnsi="Calibri" w:eastAsia="Calibri" w:cs="Calibri"/>
          <w:i/>
          <w:iCs/>
          <w:color w:val="80340D"/>
          <w:sz w:val="24"/>
          <w:szCs w:val="24"/>
          <w:lang w:val="cs-CZ"/>
        </w:rPr>
        <w:t>(uveďte úplný název první příspěvkové organizace)</w:t>
      </w:r>
      <w:r w:rsidRPr="0CE7213F" w:rsidR="373F4B8A">
        <w:rPr>
          <w:rFonts w:ascii="Arial" w:hAnsi="Arial" w:eastAsia="Arial" w:cs="Arial"/>
          <w:lang w:val="cs-CZ"/>
        </w:rPr>
        <w:t xml:space="preserve"> </w:t>
      </w:r>
      <w:r w:rsidRPr="0CE7213F">
        <w:rPr>
          <w:rFonts w:ascii="Arial" w:hAnsi="Arial" w:cs="Arial"/>
          <w:lang w:val="cs-CZ"/>
        </w:rPr>
        <w:t xml:space="preserve">a příspěvkové organizace </w:t>
      </w:r>
      <w:r w:rsidRPr="0CE7213F" w:rsidR="74E0A6E9">
        <w:rPr>
          <w:rFonts w:ascii="Arial" w:hAnsi="Arial" w:cs="Arial"/>
          <w:lang w:val="cs-CZ"/>
        </w:rPr>
        <w:t xml:space="preserve">........ </w:t>
      </w:r>
      <w:r w:rsidRPr="0CE7213F" w:rsidR="74E0A6E9">
        <w:rPr>
          <w:rFonts w:ascii="Calibri" w:hAnsi="Calibri" w:eastAsia="Calibri" w:cs="Calibri"/>
          <w:i/>
          <w:iCs/>
          <w:color w:val="80340D"/>
          <w:sz w:val="24"/>
          <w:szCs w:val="24"/>
          <w:lang w:val="cs-CZ"/>
        </w:rPr>
        <w:t>(uveďte úplný název další příspěvkové organizace)</w:t>
      </w:r>
      <w:r w:rsidRPr="0CE7213F">
        <w:rPr>
          <w:rFonts w:ascii="Arial" w:hAnsi="Arial" w:cs="Arial"/>
          <w:lang w:val="cs-CZ"/>
        </w:rPr>
        <w:t xml:space="preserve">, s tím, že ke dni </w:t>
      </w:r>
      <w:r w:rsidRPr="0CE7213F" w:rsidR="41EE422D">
        <w:rPr>
          <w:rFonts w:ascii="Arial" w:hAnsi="Arial" w:cs="Arial"/>
          <w:lang w:val="cs-CZ"/>
        </w:rPr>
        <w:t>.......</w:t>
      </w:r>
      <w:r w:rsidRPr="0CE7213F">
        <w:rPr>
          <w:rFonts w:ascii="Arial" w:hAnsi="Arial" w:cs="Arial"/>
          <w:lang w:val="cs-CZ"/>
        </w:rPr>
        <w:t xml:space="preserve"> obě příspěvkové organizace zanikají a jejich splynutím vzniká nová příspěvková organizace </w:t>
      </w:r>
      <w:r w:rsidRPr="0CE7213F" w:rsidR="6D8BB7EE">
        <w:rPr>
          <w:rFonts w:ascii="Arial" w:hAnsi="Arial" w:cs="Arial"/>
          <w:lang w:val="cs-CZ"/>
        </w:rPr>
        <w:t xml:space="preserve">........ </w:t>
      </w:r>
      <w:r w:rsidRPr="0CE7213F" w:rsidR="6D8BB7EE">
        <w:rPr>
          <w:rFonts w:ascii="Calibri" w:hAnsi="Calibri" w:eastAsia="Calibri" w:cs="Calibri"/>
          <w:i/>
          <w:iCs/>
          <w:color w:val="80340D"/>
          <w:sz w:val="24"/>
          <w:szCs w:val="24"/>
          <w:lang w:val="cs-CZ"/>
        </w:rPr>
        <w:t>(uveďte úplný název nové příspěvkové organizace)</w:t>
      </w:r>
      <w:r w:rsidRPr="0CE7213F">
        <w:rPr>
          <w:rFonts w:ascii="Arial" w:hAnsi="Arial" w:cs="Arial"/>
          <w:lang w:val="cs-CZ"/>
        </w:rPr>
        <w:t>.</w:t>
      </w:r>
    </w:p>
    <w:p w:rsidRPr="00C376BB" w:rsidR="00FB6886" w:rsidP="00C376BB" w:rsidRDefault="009F4D01" w14:paraId="42715C33" w14:textId="17B5FA72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/>
          <w:bCs/>
          <w:lang w:val="cs-CZ"/>
        </w:rPr>
      </w:pPr>
      <w:r w:rsidRPr="00C376BB">
        <w:rPr>
          <w:rFonts w:ascii="Arial" w:hAnsi="Arial" w:cs="Arial"/>
          <w:b/>
          <w:bCs/>
          <w:lang w:val="cs-CZ"/>
        </w:rPr>
        <w:t>rozho</w:t>
      </w:r>
      <w:r w:rsidRPr="00C376BB" w:rsidR="001C6331">
        <w:rPr>
          <w:rFonts w:ascii="Arial" w:hAnsi="Arial" w:cs="Arial"/>
          <w:b/>
          <w:bCs/>
          <w:lang w:val="cs-CZ"/>
        </w:rPr>
        <w:t>duje</w:t>
      </w:r>
    </w:p>
    <w:p w:rsidRPr="00C376BB" w:rsidR="00542041" w:rsidP="0CE7213F" w:rsidRDefault="009F4D01" w14:paraId="6D52A2B6" w14:textId="42F2E712">
      <w:pPr>
        <w:jc w:val="both"/>
        <w:rPr>
          <w:rFonts w:ascii="Arial" w:hAnsi="Arial" w:cs="Arial"/>
          <w:lang w:val="cs-CZ"/>
        </w:rPr>
      </w:pPr>
      <w:r w:rsidRPr="0CE7213F">
        <w:rPr>
          <w:rFonts w:ascii="Arial" w:hAnsi="Arial" w:cs="Arial"/>
          <w:lang w:val="cs-CZ"/>
        </w:rPr>
        <w:t xml:space="preserve">o přechodu veškerých práv, povinností a závazků, včetně činnosti školy, pracovněprávních vztahů a veškerého movitého i nemovitého majetku svěřeného k hospodaření </w:t>
      </w:r>
      <w:r w:rsidRPr="0CE7213F" w:rsidR="001C6331">
        <w:rPr>
          <w:rFonts w:ascii="Arial" w:hAnsi="Arial" w:cs="Arial"/>
          <w:lang w:val="cs-CZ"/>
        </w:rPr>
        <w:t xml:space="preserve">zanikajícím </w:t>
      </w:r>
      <w:r w:rsidRPr="0CE7213F">
        <w:rPr>
          <w:rFonts w:ascii="Arial" w:hAnsi="Arial" w:cs="Arial"/>
          <w:lang w:val="cs-CZ"/>
        </w:rPr>
        <w:t>příspěvkov</w:t>
      </w:r>
      <w:r w:rsidRPr="0CE7213F" w:rsidR="001C6331">
        <w:rPr>
          <w:rFonts w:ascii="Arial" w:hAnsi="Arial" w:cs="Arial"/>
          <w:lang w:val="cs-CZ"/>
        </w:rPr>
        <w:t xml:space="preserve">ým organizacím </w:t>
      </w:r>
      <w:r w:rsidRPr="0CE7213F">
        <w:rPr>
          <w:rFonts w:ascii="Arial" w:hAnsi="Arial" w:cs="Arial"/>
          <w:lang w:val="cs-CZ"/>
        </w:rPr>
        <w:t xml:space="preserve">na </w:t>
      </w:r>
      <w:r w:rsidRPr="0CE7213F" w:rsidR="001C6331">
        <w:rPr>
          <w:rFonts w:ascii="Arial" w:hAnsi="Arial" w:cs="Arial"/>
          <w:lang w:val="cs-CZ"/>
        </w:rPr>
        <w:t>nově</w:t>
      </w:r>
      <w:r w:rsidRPr="0CE7213F">
        <w:rPr>
          <w:rFonts w:ascii="Arial" w:hAnsi="Arial" w:cs="Arial"/>
          <w:lang w:val="cs-CZ"/>
        </w:rPr>
        <w:t xml:space="preserve"> vznikající příspěvkovou organizaci </w:t>
      </w:r>
      <w:r w:rsidRPr="0CE7213F" w:rsidR="68892121">
        <w:rPr>
          <w:rFonts w:ascii="Arial" w:hAnsi="Arial" w:cs="Arial"/>
          <w:lang w:val="cs-CZ"/>
        </w:rPr>
        <w:t xml:space="preserve">....... </w:t>
      </w:r>
      <w:r w:rsidRPr="0CE7213F" w:rsidR="68892121">
        <w:rPr>
          <w:rFonts w:ascii="Calibri" w:hAnsi="Calibri" w:eastAsia="Calibri" w:cs="Calibri"/>
          <w:i/>
          <w:iCs/>
          <w:color w:val="80340D"/>
          <w:sz w:val="24"/>
          <w:szCs w:val="24"/>
          <w:lang w:val="cs-CZ"/>
        </w:rPr>
        <w:t>(uveďte úplný název nové příspěvkové organizace)</w:t>
      </w:r>
      <w:r w:rsidRPr="0CE7213F">
        <w:rPr>
          <w:rFonts w:ascii="Arial" w:hAnsi="Arial" w:cs="Arial"/>
          <w:lang w:val="cs-CZ"/>
        </w:rPr>
        <w:t xml:space="preserve">, a to s účinností ke dni </w:t>
      </w:r>
      <w:r w:rsidRPr="0CE7213F" w:rsidR="2239C528">
        <w:rPr>
          <w:rFonts w:ascii="Arial" w:hAnsi="Arial" w:cs="Arial"/>
          <w:lang w:val="cs-CZ"/>
        </w:rPr>
        <w:t>......</w:t>
      </w:r>
      <w:r w:rsidRPr="0CE7213F">
        <w:rPr>
          <w:rFonts w:ascii="Arial" w:hAnsi="Arial" w:cs="Arial"/>
          <w:lang w:val="cs-CZ"/>
        </w:rPr>
        <w:t>.</w:t>
      </w:r>
    </w:p>
    <w:p w:rsidRPr="00C376BB" w:rsidR="00FB6886" w:rsidP="00C376BB" w:rsidRDefault="009F4D01" w14:paraId="6730DBB0" w14:textId="5868EA6B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/>
          <w:bCs/>
          <w:lang w:val="cs-CZ"/>
        </w:rPr>
      </w:pPr>
      <w:r w:rsidRPr="00C376BB">
        <w:rPr>
          <w:rFonts w:ascii="Arial" w:hAnsi="Arial" w:cs="Arial"/>
          <w:b/>
          <w:bCs/>
          <w:lang w:val="cs-CZ"/>
        </w:rPr>
        <w:t>schvaluje</w:t>
      </w:r>
    </w:p>
    <w:p w:rsidRPr="00C376BB" w:rsidR="00542041" w:rsidP="0CE7213F" w:rsidRDefault="009F4D01" w14:paraId="28ADDAB5" w14:textId="5B38DB04">
      <w:pPr>
        <w:jc w:val="both"/>
        <w:rPr>
          <w:rFonts w:ascii="Arial" w:hAnsi="Arial" w:cs="Arial"/>
          <w:lang w:val="cs-CZ"/>
        </w:rPr>
      </w:pPr>
      <w:r w:rsidRPr="0CE7213F">
        <w:rPr>
          <w:rFonts w:ascii="Arial" w:hAnsi="Arial" w:cs="Arial"/>
          <w:lang w:val="cs-CZ"/>
        </w:rPr>
        <w:t>zřizovací listinu nově vznikající příspěvkové organizace</w:t>
      </w:r>
      <w:r w:rsidRPr="0CE7213F" w:rsidR="24BEF715">
        <w:rPr>
          <w:rFonts w:ascii="Arial" w:hAnsi="Arial" w:cs="Arial"/>
          <w:lang w:val="cs-CZ"/>
        </w:rPr>
        <w:t xml:space="preserve"> ....... </w:t>
      </w:r>
      <w:r w:rsidRPr="0CE7213F" w:rsidR="24BEF715">
        <w:rPr>
          <w:rFonts w:ascii="Calibri" w:hAnsi="Calibri" w:eastAsia="Calibri" w:cs="Calibri"/>
          <w:i/>
          <w:iCs/>
          <w:color w:val="80340D"/>
          <w:sz w:val="24"/>
          <w:szCs w:val="24"/>
          <w:lang w:val="cs-CZ"/>
        </w:rPr>
        <w:t>(uveďte úplný název nové příspěvkové organizace)</w:t>
      </w:r>
      <w:r w:rsidRPr="0CE7213F">
        <w:rPr>
          <w:rFonts w:ascii="Arial" w:hAnsi="Arial" w:cs="Arial"/>
          <w:lang w:val="cs-CZ"/>
        </w:rPr>
        <w:t>, která je přílohou tohoto usnesení.</w:t>
      </w:r>
    </w:p>
    <w:p w:rsidRPr="00C376BB" w:rsidR="00FB6886" w:rsidP="00C376BB" w:rsidRDefault="009F4D01" w14:paraId="13E5C0F2" w14:textId="7027C4F3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/>
          <w:bCs/>
          <w:lang w:val="cs-CZ"/>
        </w:rPr>
      </w:pPr>
      <w:r w:rsidRPr="00C376BB">
        <w:rPr>
          <w:rFonts w:ascii="Arial" w:hAnsi="Arial" w:cs="Arial"/>
          <w:b/>
          <w:bCs/>
          <w:lang w:val="cs-CZ"/>
        </w:rPr>
        <w:t>ukládá</w:t>
      </w:r>
    </w:p>
    <w:p w:rsidRPr="00C376BB" w:rsidR="001C6331" w:rsidP="00C376BB" w:rsidRDefault="009F4D01" w14:paraId="0E6A9F83" w14:textId="1FF9F8EC">
      <w:pPr>
        <w:jc w:val="both"/>
        <w:rPr>
          <w:rFonts w:ascii="Arial" w:hAnsi="Arial" w:cs="Arial"/>
          <w:lang w:val="cs-CZ"/>
        </w:rPr>
      </w:pPr>
      <w:r w:rsidRPr="2E572CD1" w:rsidR="47A1DE98">
        <w:rPr>
          <w:rFonts w:ascii="Arial" w:hAnsi="Arial" w:cs="Arial"/>
          <w:lang w:val="cs-CZ"/>
        </w:rPr>
        <w:t>starost</w:t>
      </w:r>
      <w:r w:rsidRPr="2E572CD1" w:rsidR="4A1818D4">
        <w:rPr>
          <w:rFonts w:ascii="Arial" w:hAnsi="Arial" w:cs="Arial"/>
          <w:lang w:val="cs-CZ"/>
        </w:rPr>
        <w:t>ovi</w:t>
      </w:r>
      <w:r w:rsidRPr="2E572CD1" w:rsidR="47A1DE98">
        <w:rPr>
          <w:rFonts w:ascii="Arial" w:hAnsi="Arial" w:cs="Arial"/>
          <w:lang w:val="cs-CZ"/>
        </w:rPr>
        <w:t xml:space="preserve"> </w:t>
      </w:r>
      <w:r w:rsidRPr="2E572CD1" w:rsidR="2A15BD7D">
        <w:rPr>
          <w:rFonts w:ascii="Arial" w:hAnsi="Arial" w:cs="Arial"/>
          <w:lang w:val="cs-CZ"/>
        </w:rPr>
        <w:t>obce</w:t>
      </w:r>
      <w:r w:rsidRPr="2E572CD1" w:rsidR="0E608948">
        <w:rPr>
          <w:rFonts w:ascii="Arial" w:hAnsi="Arial" w:cs="Arial"/>
          <w:lang w:val="cs-CZ"/>
        </w:rPr>
        <w:t>/města</w:t>
      </w:r>
      <w:r w:rsidRPr="2E572CD1" w:rsidR="47A1DE98">
        <w:rPr>
          <w:rFonts w:ascii="Arial" w:hAnsi="Arial" w:cs="Arial"/>
          <w:lang w:val="cs-CZ"/>
        </w:rPr>
        <w:t xml:space="preserve"> podepsat zřizovací listinu uvedenou v bodě </w:t>
      </w:r>
      <w:r w:rsidRPr="2E572CD1" w:rsidR="44E87D20">
        <w:rPr>
          <w:rFonts w:ascii="Arial" w:hAnsi="Arial" w:cs="Arial"/>
          <w:lang w:val="cs-CZ"/>
        </w:rPr>
        <w:t>III</w:t>
      </w:r>
      <w:r w:rsidRPr="2E572CD1" w:rsidR="47A1DE98">
        <w:rPr>
          <w:rFonts w:ascii="Arial" w:hAnsi="Arial" w:cs="Arial"/>
          <w:lang w:val="cs-CZ"/>
        </w:rPr>
        <w:t>. tohoto usnesení</w:t>
      </w:r>
      <w:r w:rsidRPr="2E572CD1" w:rsidR="44E87D20">
        <w:rPr>
          <w:rFonts w:ascii="Arial" w:hAnsi="Arial" w:cs="Arial"/>
          <w:lang w:val="cs-CZ"/>
        </w:rPr>
        <w:t xml:space="preserve"> a d</w:t>
      </w:r>
      <w:r w:rsidRPr="2E572CD1" w:rsidR="4A1818D4">
        <w:rPr>
          <w:rFonts w:ascii="Arial" w:hAnsi="Arial" w:cs="Arial"/>
          <w:lang w:val="cs-CZ"/>
        </w:rPr>
        <w:t>á</w:t>
      </w:r>
      <w:r w:rsidRPr="2E572CD1" w:rsidR="44E87D20">
        <w:rPr>
          <w:rFonts w:ascii="Arial" w:hAnsi="Arial" w:cs="Arial"/>
          <w:lang w:val="cs-CZ"/>
        </w:rPr>
        <w:t xml:space="preserve">le </w:t>
      </w:r>
      <w:r w:rsidRPr="2E572CD1" w:rsidR="2A15BD7D">
        <w:rPr>
          <w:rFonts w:ascii="Arial" w:hAnsi="Arial" w:cs="Arial"/>
          <w:lang w:val="cs-CZ"/>
        </w:rPr>
        <w:t>zajistit veškeré právní, organizační a administrativní kroky související se splynutím příspěvkových organizací a vznikem nové příspěvkové organizace,</w:t>
      </w:r>
    </w:p>
    <w:p w:rsidRPr="00C376BB" w:rsidR="00C376BB" w:rsidP="0CE7213F" w:rsidRDefault="00C376BB" w14:paraId="0DE1B044" w14:textId="39C2E862">
      <w:pPr>
        <w:rPr>
          <w:rFonts w:ascii="Arial" w:hAnsi="Arial" w:cs="Arial"/>
          <w:highlight w:val="yellow"/>
          <w:lang w:val="cs-CZ"/>
        </w:rPr>
      </w:pPr>
      <w:r w:rsidRPr="2E572CD1" w:rsidR="1A52A642">
        <w:rPr>
          <w:rFonts w:ascii="Arial" w:hAnsi="Arial" w:cs="Arial"/>
          <w:b w:val="1"/>
          <w:bCs w:val="1"/>
          <w:lang w:val="cs-CZ"/>
        </w:rPr>
        <w:t>Odpovědnost:</w:t>
      </w:r>
      <w:r w:rsidRPr="2E572CD1" w:rsidR="1A52A642">
        <w:rPr>
          <w:rFonts w:ascii="Arial" w:hAnsi="Arial" w:cs="Arial"/>
          <w:lang w:val="cs-CZ"/>
        </w:rPr>
        <w:t xml:space="preserve"> starosta obce</w:t>
      </w:r>
      <w:r w:rsidRPr="2E572CD1" w:rsidR="1BF8C427">
        <w:rPr>
          <w:rFonts w:ascii="Arial" w:hAnsi="Arial" w:cs="Arial"/>
          <w:lang w:val="cs-CZ"/>
        </w:rPr>
        <w:t>/města</w:t>
      </w:r>
      <w:r>
        <w:br/>
      </w:r>
      <w:r w:rsidRPr="2E572CD1" w:rsidR="1A52A642">
        <w:rPr>
          <w:rFonts w:ascii="Arial" w:hAnsi="Arial" w:cs="Arial"/>
          <w:b w:val="1"/>
          <w:bCs w:val="1"/>
          <w:lang w:val="cs-CZ"/>
        </w:rPr>
        <w:t>Termín:</w:t>
      </w:r>
      <w:r w:rsidRPr="2E572CD1" w:rsidR="1A52A642">
        <w:rPr>
          <w:rFonts w:ascii="Arial" w:hAnsi="Arial" w:cs="Arial"/>
          <w:lang w:val="cs-CZ"/>
        </w:rPr>
        <w:t xml:space="preserve"> </w:t>
      </w:r>
      <w:r w:rsidRPr="2E572CD1" w:rsidR="55A623B5">
        <w:rPr>
          <w:rFonts w:ascii="Arial" w:hAnsi="Arial" w:cs="Arial"/>
          <w:lang w:val="cs-CZ"/>
        </w:rPr>
        <w:t>........</w:t>
      </w:r>
    </w:p>
    <w:p w:rsidRPr="00C376BB" w:rsidR="00542041" w:rsidP="00C376BB" w:rsidRDefault="009F4D01" w14:paraId="593733A1" w14:textId="251A82EA">
      <w:pPr>
        <w:pStyle w:val="Nadpis2"/>
        <w:jc w:val="both"/>
        <w:rPr>
          <w:rFonts w:ascii="Arial" w:hAnsi="Arial" w:cs="Arial"/>
          <w:color w:val="auto"/>
          <w:sz w:val="22"/>
          <w:szCs w:val="22"/>
          <w:lang w:val="cs-CZ"/>
        </w:rPr>
      </w:pPr>
      <w:r w:rsidRPr="2E572CD1" w:rsidR="38E8C2E0">
        <w:rPr>
          <w:rFonts w:ascii="Arial" w:hAnsi="Arial" w:cs="Arial"/>
          <w:color w:val="auto"/>
          <w:sz w:val="22"/>
          <w:szCs w:val="22"/>
          <w:lang w:val="cs-CZ"/>
        </w:rPr>
        <w:t xml:space="preserve">Usnesení Rady </w:t>
      </w:r>
      <w:r w:rsidRPr="2E572CD1" w:rsidR="2E1F1BEB">
        <w:rPr>
          <w:rFonts w:ascii="Arial" w:hAnsi="Arial" w:cs="Arial"/>
          <w:color w:val="auto"/>
          <w:sz w:val="22"/>
          <w:szCs w:val="22"/>
          <w:lang w:val="cs-CZ"/>
        </w:rPr>
        <w:t>obce</w:t>
      </w:r>
      <w:r w:rsidRPr="2E572CD1" w:rsidR="4B03FA39">
        <w:rPr>
          <w:rFonts w:ascii="Arial" w:hAnsi="Arial" w:cs="Arial"/>
          <w:color w:val="auto"/>
          <w:sz w:val="22"/>
          <w:szCs w:val="22"/>
          <w:lang w:val="cs-CZ"/>
        </w:rPr>
        <w:t>/města</w:t>
      </w:r>
      <w:r w:rsidRPr="2E572CD1" w:rsidR="38E8C2E0">
        <w:rPr>
          <w:rFonts w:ascii="Arial" w:hAnsi="Arial" w:cs="Arial"/>
          <w:color w:val="auto"/>
          <w:sz w:val="22"/>
          <w:szCs w:val="22"/>
          <w:lang w:val="cs-CZ"/>
        </w:rPr>
        <w:t xml:space="preserve"> </w:t>
      </w:r>
      <w:r w:rsidRPr="2E572CD1" w:rsidR="5B0633B2">
        <w:rPr>
          <w:rFonts w:ascii="Arial" w:hAnsi="Arial" w:cs="Arial"/>
          <w:color w:val="auto"/>
          <w:sz w:val="22"/>
          <w:szCs w:val="22"/>
          <w:lang w:val="cs-CZ"/>
        </w:rPr>
        <w:t>..................</w:t>
      </w:r>
    </w:p>
    <w:p w:rsidRPr="00C376BB" w:rsidR="00542041" w:rsidP="0CE7213F" w:rsidRDefault="009F4D01" w14:paraId="35C49C01" w14:textId="7911C253">
      <w:pPr>
        <w:jc w:val="both"/>
        <w:rPr>
          <w:rFonts w:ascii="Arial" w:hAnsi="Arial" w:cs="Arial"/>
          <w:highlight w:val="yellow"/>
          <w:lang w:val="cs-CZ"/>
        </w:rPr>
      </w:pPr>
      <w:r w:rsidRPr="0CE7213F">
        <w:rPr>
          <w:rFonts w:ascii="Arial" w:hAnsi="Arial" w:cs="Arial"/>
          <w:lang w:val="cs-CZ"/>
        </w:rPr>
        <w:t xml:space="preserve">z </w:t>
      </w:r>
      <w:r w:rsidRPr="0CE7213F" w:rsidR="760489B9">
        <w:rPr>
          <w:rFonts w:ascii="Arial" w:hAnsi="Arial" w:cs="Arial"/>
          <w:lang w:val="cs-CZ"/>
        </w:rPr>
        <w:t>...</w:t>
      </w:r>
      <w:r w:rsidRPr="0CE7213F">
        <w:rPr>
          <w:rFonts w:ascii="Arial" w:hAnsi="Arial" w:cs="Arial"/>
          <w:lang w:val="cs-CZ"/>
        </w:rPr>
        <w:t xml:space="preserve"> zasedání konaného dne </w:t>
      </w:r>
      <w:r w:rsidRPr="0CE7213F" w:rsidR="6C564328">
        <w:rPr>
          <w:rFonts w:ascii="Arial" w:hAnsi="Arial" w:cs="Arial"/>
          <w:lang w:val="cs-CZ"/>
        </w:rPr>
        <w:t>.......</w:t>
      </w:r>
    </w:p>
    <w:p w:rsidRPr="00C376BB" w:rsidR="00FB6886" w:rsidP="00C376BB" w:rsidRDefault="009F4D01" w14:paraId="55B9FED2" w14:textId="5B719129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/>
          <w:bCs/>
          <w:lang w:val="cs-CZ"/>
        </w:rPr>
      </w:pPr>
      <w:r w:rsidRPr="00C376BB">
        <w:rPr>
          <w:rFonts w:ascii="Arial" w:hAnsi="Arial" w:cs="Arial"/>
          <w:b/>
          <w:bCs/>
          <w:lang w:val="cs-CZ"/>
        </w:rPr>
        <w:lastRenderedPageBreak/>
        <w:t>Odvolává</w:t>
      </w:r>
    </w:p>
    <w:p w:rsidRPr="00C376BB" w:rsidR="00542041" w:rsidP="0CE7213F" w:rsidRDefault="009F4D01" w14:paraId="52A19726" w14:textId="5CB56076">
      <w:pPr>
        <w:jc w:val="both"/>
        <w:rPr>
          <w:rFonts w:ascii="Arial" w:hAnsi="Arial" w:cs="Arial"/>
          <w:lang w:val="cs-CZ"/>
        </w:rPr>
      </w:pPr>
      <w:r w:rsidRPr="0CE7213F">
        <w:rPr>
          <w:rFonts w:ascii="Arial" w:hAnsi="Arial" w:cs="Arial"/>
          <w:lang w:val="cs-CZ"/>
        </w:rPr>
        <w:t xml:space="preserve">s účinností ke dni </w:t>
      </w:r>
      <w:r w:rsidRPr="0CE7213F" w:rsidR="037CB5A9">
        <w:rPr>
          <w:rFonts w:ascii="Arial" w:hAnsi="Arial" w:cs="Arial"/>
          <w:lang w:val="cs-CZ"/>
        </w:rPr>
        <w:t>......</w:t>
      </w:r>
      <w:r w:rsidRPr="0CE7213F" w:rsidR="001C6331">
        <w:rPr>
          <w:rFonts w:ascii="Arial" w:hAnsi="Arial" w:cs="Arial"/>
          <w:lang w:val="cs-CZ"/>
        </w:rPr>
        <w:t xml:space="preserve"> </w:t>
      </w:r>
      <w:r w:rsidRPr="0CE7213F">
        <w:rPr>
          <w:rFonts w:ascii="Arial" w:hAnsi="Arial" w:cs="Arial"/>
          <w:lang w:val="cs-CZ"/>
        </w:rPr>
        <w:t>ředitel</w:t>
      </w:r>
      <w:r w:rsidRPr="0CE7213F" w:rsidR="00A75758">
        <w:rPr>
          <w:rFonts w:ascii="Arial" w:hAnsi="Arial" w:cs="Arial"/>
          <w:lang w:val="cs-CZ"/>
        </w:rPr>
        <w:t>ku/ředitele</w:t>
      </w:r>
      <w:r w:rsidRPr="0CE7213F">
        <w:rPr>
          <w:rFonts w:ascii="Arial" w:hAnsi="Arial" w:cs="Arial"/>
          <w:lang w:val="cs-CZ"/>
        </w:rPr>
        <w:t xml:space="preserve"> příspěvkové organizace </w:t>
      </w:r>
      <w:r w:rsidRPr="0CE7213F" w:rsidR="3204B830">
        <w:rPr>
          <w:rFonts w:ascii="Arial" w:hAnsi="Arial" w:cs="Arial"/>
          <w:lang w:val="cs-CZ"/>
        </w:rPr>
        <w:t xml:space="preserve">........ </w:t>
      </w:r>
      <w:r w:rsidRPr="0CE7213F" w:rsidR="3204B830">
        <w:rPr>
          <w:rFonts w:ascii="Calibri" w:hAnsi="Calibri" w:eastAsia="Calibri" w:cs="Calibri"/>
          <w:i/>
          <w:iCs/>
          <w:color w:val="80340D"/>
          <w:sz w:val="24"/>
          <w:szCs w:val="24"/>
          <w:lang w:val="cs-CZ"/>
        </w:rPr>
        <w:t>(uveďte úplný název první příspěvkové organizace)</w:t>
      </w:r>
      <w:r w:rsidRPr="0CE7213F">
        <w:rPr>
          <w:rFonts w:ascii="Arial" w:hAnsi="Arial" w:cs="Arial"/>
          <w:lang w:val="cs-CZ"/>
        </w:rPr>
        <w:t xml:space="preserve"> a ředitelku/ředitele příspěvkové organizace </w:t>
      </w:r>
      <w:r w:rsidRPr="0CE7213F" w:rsidR="52FBFE80">
        <w:rPr>
          <w:rFonts w:ascii="Arial" w:hAnsi="Arial" w:cs="Arial"/>
          <w:lang w:val="cs-CZ"/>
        </w:rPr>
        <w:t xml:space="preserve">....... </w:t>
      </w:r>
      <w:r w:rsidRPr="0CE7213F" w:rsidR="52FBFE80">
        <w:rPr>
          <w:rFonts w:ascii="Calibri" w:hAnsi="Calibri" w:eastAsia="Calibri" w:cs="Calibri"/>
          <w:i/>
          <w:iCs/>
          <w:color w:val="80340D"/>
          <w:sz w:val="24"/>
          <w:szCs w:val="24"/>
          <w:lang w:val="cs-CZ"/>
        </w:rPr>
        <w:t>(uveďte úplný název další příspěvkové organizace)</w:t>
      </w:r>
      <w:r w:rsidRPr="0CE7213F">
        <w:rPr>
          <w:rFonts w:ascii="Arial" w:hAnsi="Arial" w:cs="Arial"/>
          <w:lang w:val="cs-CZ"/>
        </w:rPr>
        <w:t xml:space="preserve">, v souladu s § 166 odst. 4 písm. d) zákona </w:t>
      </w:r>
      <w:r>
        <w:br/>
      </w:r>
      <w:r w:rsidRPr="0CE7213F">
        <w:rPr>
          <w:rFonts w:ascii="Arial" w:hAnsi="Arial" w:cs="Arial"/>
          <w:lang w:val="cs-CZ"/>
        </w:rPr>
        <w:t>č. 561/2004 Sb., školský zákon, z důvodu zániku příspěvkových organizací, a tedy i zániku vedoucích pracovních míst ředitelů.</w:t>
      </w:r>
    </w:p>
    <w:p w:rsidRPr="00C376BB" w:rsidR="00A75758" w:rsidP="00C376BB" w:rsidRDefault="00A75758" w14:paraId="1D48FC37" w14:textId="24BEF385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/>
          <w:bCs/>
          <w:lang w:val="cs-CZ"/>
        </w:rPr>
      </w:pPr>
      <w:r w:rsidRPr="00C376BB">
        <w:rPr>
          <w:rFonts w:ascii="Arial" w:hAnsi="Arial" w:cs="Arial"/>
          <w:b/>
          <w:bCs/>
          <w:lang w:val="cs-CZ"/>
        </w:rPr>
        <w:t>Vyhlašuje</w:t>
      </w:r>
    </w:p>
    <w:p w:rsidRPr="00C376BB" w:rsidR="00A75758" w:rsidP="0CE7213F" w:rsidRDefault="00A75758" w14:paraId="530FB96A" w14:textId="0D94D251">
      <w:pPr>
        <w:jc w:val="both"/>
        <w:rPr>
          <w:rFonts w:ascii="Arial" w:hAnsi="Arial" w:cs="Arial"/>
          <w:lang w:val="cs-CZ"/>
        </w:rPr>
      </w:pPr>
      <w:r w:rsidRPr="0CE7213F">
        <w:rPr>
          <w:rFonts w:ascii="Arial" w:hAnsi="Arial" w:cs="Arial"/>
          <w:lang w:val="cs-CZ"/>
        </w:rPr>
        <w:t xml:space="preserve">v souladu s § 166 odst. 2 zákona č. 561/2004 Sb., školský zákon, konkursní řízení na vedoucí pracovní místo ředitele/ředitelky nově vznikající příspěvkové organizace </w:t>
      </w:r>
      <w:r w:rsidRPr="0CE7213F" w:rsidR="757C6228">
        <w:rPr>
          <w:rFonts w:ascii="Arial" w:hAnsi="Arial" w:cs="Arial"/>
          <w:lang w:val="cs-CZ"/>
        </w:rPr>
        <w:t xml:space="preserve">........ </w:t>
      </w:r>
      <w:r w:rsidRPr="0CE7213F" w:rsidR="757C6228">
        <w:rPr>
          <w:rFonts w:ascii="Calibri" w:hAnsi="Calibri" w:eastAsia="Calibri" w:cs="Calibri"/>
          <w:i/>
          <w:iCs/>
          <w:color w:val="80340D"/>
          <w:sz w:val="24"/>
          <w:szCs w:val="24"/>
          <w:lang w:val="cs-CZ"/>
        </w:rPr>
        <w:t>(uveďte úplný název nové příspěvkové organizace)</w:t>
      </w:r>
      <w:r w:rsidRPr="0CE7213F">
        <w:rPr>
          <w:rFonts w:ascii="Arial" w:hAnsi="Arial" w:cs="Arial"/>
          <w:lang w:val="cs-CZ"/>
        </w:rPr>
        <w:t>.</w:t>
      </w:r>
    </w:p>
    <w:p w:rsidRPr="00C376BB" w:rsidR="00FB6886" w:rsidP="00C376BB" w:rsidRDefault="00A75758" w14:paraId="68EAE6DF" w14:textId="4EE9199C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/>
          <w:bCs/>
          <w:lang w:val="cs-CZ"/>
        </w:rPr>
      </w:pPr>
      <w:r w:rsidRPr="00C376BB">
        <w:rPr>
          <w:rFonts w:ascii="Arial" w:hAnsi="Arial" w:cs="Arial"/>
          <w:b/>
          <w:bCs/>
          <w:lang w:val="cs-CZ"/>
        </w:rPr>
        <w:t>Pověřuje</w:t>
      </w:r>
    </w:p>
    <w:p w:rsidRPr="00C376BB" w:rsidR="00542041" w:rsidP="0CE7213F" w:rsidRDefault="00A75758" w14:paraId="01F62FA4" w14:textId="492F33C0">
      <w:pPr>
        <w:jc w:val="both"/>
        <w:rPr>
          <w:rFonts w:ascii="Arial" w:hAnsi="Arial" w:cs="Arial"/>
          <w:lang w:val="cs-CZ"/>
        </w:rPr>
      </w:pPr>
      <w:r w:rsidRPr="22E882E8" w:rsidR="3DA005B7">
        <w:rPr>
          <w:rFonts w:ascii="Arial" w:hAnsi="Arial" w:cs="Arial"/>
          <w:lang w:val="cs-CZ"/>
        </w:rPr>
        <w:t>starostu obce</w:t>
      </w:r>
      <w:r w:rsidRPr="22E882E8" w:rsidR="5A736F22">
        <w:rPr>
          <w:rFonts w:ascii="Arial" w:hAnsi="Arial" w:cs="Arial"/>
          <w:lang w:val="cs-CZ"/>
        </w:rPr>
        <w:t>/města</w:t>
      </w:r>
      <w:r w:rsidRPr="22E882E8" w:rsidR="3DA005B7">
        <w:rPr>
          <w:rFonts w:ascii="Arial" w:hAnsi="Arial" w:cs="Arial"/>
          <w:lang w:val="cs-CZ"/>
        </w:rPr>
        <w:t xml:space="preserve"> k podání žádosti o zápis příslušných změn v rejstříku škol, zejména výmazu příspěvkových organizací </w:t>
      </w:r>
      <w:r w:rsidRPr="22E882E8" w:rsidR="2692AADE">
        <w:rPr>
          <w:rFonts w:ascii="Arial" w:hAnsi="Arial" w:cs="Arial"/>
          <w:lang w:val="cs-CZ"/>
        </w:rPr>
        <w:t xml:space="preserve">....... </w:t>
      </w:r>
      <w:r w:rsidRPr="22E882E8" w:rsidR="2692AADE">
        <w:rPr>
          <w:rFonts w:ascii="Calibri" w:hAnsi="Calibri" w:eastAsia="Calibri" w:cs="Calibri"/>
          <w:i w:val="1"/>
          <w:iCs w:val="1"/>
          <w:color w:val="80340D"/>
          <w:sz w:val="24"/>
          <w:szCs w:val="24"/>
          <w:lang w:val="cs-CZ"/>
        </w:rPr>
        <w:t>(uveďte úplný název první zanikající příspěvkové organizace)</w:t>
      </w:r>
      <w:r w:rsidRPr="22E882E8" w:rsidR="2692AADE">
        <w:rPr>
          <w:rFonts w:ascii="Arial" w:hAnsi="Arial" w:eastAsia="Arial" w:cs="Arial"/>
          <w:lang w:val="cs-CZ"/>
        </w:rPr>
        <w:t xml:space="preserve"> </w:t>
      </w:r>
      <w:r w:rsidRPr="22E882E8" w:rsidR="3DA005B7">
        <w:rPr>
          <w:rFonts w:ascii="Arial" w:hAnsi="Arial" w:cs="Arial"/>
          <w:lang w:val="cs-CZ"/>
        </w:rPr>
        <w:t>a</w:t>
      </w:r>
      <w:r w:rsidRPr="22E882E8" w:rsidR="22C50A42">
        <w:rPr>
          <w:rFonts w:ascii="Arial" w:hAnsi="Arial" w:cs="Arial"/>
          <w:lang w:val="cs-CZ"/>
        </w:rPr>
        <w:t xml:space="preserve"> ...... </w:t>
      </w:r>
      <w:r w:rsidRPr="22E882E8" w:rsidR="22C50A42">
        <w:rPr>
          <w:rFonts w:ascii="Calibri" w:hAnsi="Calibri" w:eastAsia="Calibri" w:cs="Calibri"/>
          <w:i w:val="1"/>
          <w:iCs w:val="1"/>
          <w:color w:val="80340D"/>
          <w:sz w:val="24"/>
          <w:szCs w:val="24"/>
          <w:lang w:val="cs-CZ"/>
        </w:rPr>
        <w:t>(uveďte úplný název další zanikající příspěvkové organizace)</w:t>
      </w:r>
      <w:r w:rsidRPr="22E882E8" w:rsidR="3DA005B7">
        <w:rPr>
          <w:rFonts w:ascii="Arial" w:hAnsi="Arial" w:cs="Arial"/>
          <w:lang w:val="cs-CZ"/>
        </w:rPr>
        <w:t xml:space="preserve"> </w:t>
      </w:r>
      <w:r w:rsidRPr="22E882E8" w:rsidR="65F3EE0A">
        <w:rPr>
          <w:rFonts w:ascii="Arial" w:hAnsi="Arial" w:cs="Arial"/>
          <w:lang w:val="cs-CZ"/>
        </w:rPr>
        <w:t>a</w:t>
      </w:r>
      <w:r w:rsidRPr="22E882E8" w:rsidR="3DA005B7">
        <w:rPr>
          <w:rFonts w:ascii="Arial" w:hAnsi="Arial" w:cs="Arial"/>
          <w:lang w:val="cs-CZ"/>
        </w:rPr>
        <w:t xml:space="preserve"> podání žádosti o zápis nově vznikající příspěvkové organizace </w:t>
      </w:r>
      <w:r w:rsidRPr="22E882E8" w:rsidR="0804E0D3">
        <w:rPr>
          <w:rFonts w:ascii="Arial" w:hAnsi="Arial" w:cs="Arial"/>
          <w:lang w:val="cs-CZ"/>
        </w:rPr>
        <w:t xml:space="preserve">....... </w:t>
      </w:r>
      <w:r w:rsidRPr="22E882E8" w:rsidR="0804E0D3">
        <w:rPr>
          <w:rFonts w:ascii="Calibri" w:hAnsi="Calibri" w:eastAsia="Calibri" w:cs="Calibri"/>
          <w:i w:val="1"/>
          <w:iCs w:val="1"/>
          <w:color w:val="80340D"/>
          <w:sz w:val="24"/>
          <w:szCs w:val="24"/>
          <w:lang w:val="cs-CZ"/>
        </w:rPr>
        <w:t>(uveďte úplný název nové příspěvkové organizace)</w:t>
      </w:r>
      <w:r w:rsidRPr="22E882E8" w:rsidR="3DA005B7">
        <w:rPr>
          <w:rFonts w:ascii="Arial" w:hAnsi="Arial" w:cs="Arial"/>
          <w:lang w:val="cs-CZ"/>
        </w:rPr>
        <w:t>.</w:t>
      </w:r>
    </w:p>
    <w:p w:rsidRPr="00C376BB" w:rsidR="00C376BB" w:rsidP="0CE7213F" w:rsidRDefault="00C376BB" w14:paraId="32A1AA0D" w14:textId="2D4C815C">
      <w:pPr>
        <w:rPr>
          <w:rFonts w:ascii="Arial" w:hAnsi="Arial" w:cs="Arial"/>
          <w:highlight w:val="yellow"/>
          <w:lang w:val="cs-CZ"/>
        </w:rPr>
      </w:pPr>
      <w:r w:rsidRPr="2E572CD1" w:rsidR="1A52A642">
        <w:rPr>
          <w:rFonts w:ascii="Arial" w:hAnsi="Arial" w:cs="Arial"/>
          <w:b w:val="1"/>
          <w:bCs w:val="1"/>
          <w:lang w:val="cs-CZ"/>
        </w:rPr>
        <w:t>Odpovědnost:</w:t>
      </w:r>
      <w:r w:rsidRPr="2E572CD1" w:rsidR="1A52A642">
        <w:rPr>
          <w:rFonts w:ascii="Arial" w:hAnsi="Arial" w:cs="Arial"/>
          <w:lang w:val="cs-CZ"/>
        </w:rPr>
        <w:t xml:space="preserve"> starosta obce</w:t>
      </w:r>
      <w:r w:rsidRPr="2E572CD1" w:rsidR="525E8B0F">
        <w:rPr>
          <w:rFonts w:ascii="Arial" w:hAnsi="Arial" w:cs="Arial"/>
          <w:lang w:val="cs-CZ"/>
        </w:rPr>
        <w:t>/města</w:t>
      </w:r>
      <w:r>
        <w:br/>
      </w:r>
      <w:r w:rsidRPr="2E572CD1" w:rsidR="1A52A642">
        <w:rPr>
          <w:rFonts w:ascii="Arial" w:hAnsi="Arial" w:cs="Arial"/>
          <w:b w:val="1"/>
          <w:bCs w:val="1"/>
          <w:lang w:val="cs-CZ"/>
        </w:rPr>
        <w:t>Termín:</w:t>
      </w:r>
      <w:r w:rsidRPr="2E572CD1" w:rsidR="1A52A642">
        <w:rPr>
          <w:rFonts w:ascii="Arial" w:hAnsi="Arial" w:cs="Arial"/>
          <w:lang w:val="cs-CZ"/>
        </w:rPr>
        <w:t xml:space="preserve"> </w:t>
      </w:r>
      <w:r w:rsidRPr="2E572CD1" w:rsidR="20C67EAE">
        <w:rPr>
          <w:rFonts w:ascii="Arial" w:hAnsi="Arial" w:cs="Arial"/>
          <w:lang w:val="cs-CZ"/>
        </w:rPr>
        <w:t>........</w:t>
      </w:r>
    </w:p>
    <w:p w:rsidRPr="00C376BB" w:rsidR="00C376BB" w:rsidP="00C376BB" w:rsidRDefault="00C376BB" w14:paraId="55337879" w14:textId="77777777">
      <w:pPr>
        <w:jc w:val="both"/>
        <w:rPr>
          <w:rFonts w:ascii="Arial" w:hAnsi="Arial" w:cs="Arial"/>
          <w:lang w:val="cs-CZ"/>
        </w:rPr>
      </w:pPr>
    </w:p>
    <w:sectPr w:rsidRPr="00C376BB" w:rsidR="00C376BB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2437575"/>
    <w:multiLevelType w:val="hybridMultilevel"/>
    <w:tmpl w:val="CB00703E"/>
    <w:lvl w:ilvl="0" w:tplc="3B28DA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191568"/>
    <w:multiLevelType w:val="hybridMultilevel"/>
    <w:tmpl w:val="2F0892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271C7"/>
    <w:multiLevelType w:val="multilevel"/>
    <w:tmpl w:val="46689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207AEF"/>
    <w:multiLevelType w:val="hybridMultilevel"/>
    <w:tmpl w:val="3ACAB4EC"/>
    <w:lvl w:ilvl="0" w:tplc="89703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52DFC"/>
    <w:multiLevelType w:val="hybridMultilevel"/>
    <w:tmpl w:val="ADC03528"/>
    <w:lvl w:ilvl="0" w:tplc="14DC7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368A5"/>
    <w:multiLevelType w:val="hybridMultilevel"/>
    <w:tmpl w:val="E230D63A"/>
    <w:lvl w:ilvl="0" w:tplc="97AC13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B626F"/>
    <w:multiLevelType w:val="hybridMultilevel"/>
    <w:tmpl w:val="CB0070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338304">
    <w:abstractNumId w:val="8"/>
  </w:num>
  <w:num w:numId="2" w16cid:durableId="236398562">
    <w:abstractNumId w:val="6"/>
  </w:num>
  <w:num w:numId="3" w16cid:durableId="782697342">
    <w:abstractNumId w:val="5"/>
  </w:num>
  <w:num w:numId="4" w16cid:durableId="54549233">
    <w:abstractNumId w:val="4"/>
  </w:num>
  <w:num w:numId="5" w16cid:durableId="2106031986">
    <w:abstractNumId w:val="7"/>
  </w:num>
  <w:num w:numId="6" w16cid:durableId="140466324">
    <w:abstractNumId w:val="3"/>
  </w:num>
  <w:num w:numId="7" w16cid:durableId="2035884273">
    <w:abstractNumId w:val="2"/>
  </w:num>
  <w:num w:numId="8" w16cid:durableId="1850292297">
    <w:abstractNumId w:val="1"/>
  </w:num>
  <w:num w:numId="9" w16cid:durableId="442385115">
    <w:abstractNumId w:val="0"/>
  </w:num>
  <w:num w:numId="10" w16cid:durableId="158276214">
    <w:abstractNumId w:val="14"/>
  </w:num>
  <w:num w:numId="11" w16cid:durableId="29885366">
    <w:abstractNumId w:val="9"/>
  </w:num>
  <w:num w:numId="12" w16cid:durableId="368992355">
    <w:abstractNumId w:val="13"/>
  </w:num>
  <w:num w:numId="13" w16cid:durableId="1821725102">
    <w:abstractNumId w:val="12"/>
  </w:num>
  <w:num w:numId="14" w16cid:durableId="1985354425">
    <w:abstractNumId w:val="15"/>
  </w:num>
  <w:num w:numId="15" w16cid:durableId="421755799">
    <w:abstractNumId w:val="11"/>
  </w:num>
  <w:num w:numId="16" w16cid:durableId="16580753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FF1"/>
    <w:rsid w:val="0006063C"/>
    <w:rsid w:val="0015074B"/>
    <w:rsid w:val="001C6331"/>
    <w:rsid w:val="0029639D"/>
    <w:rsid w:val="00326F90"/>
    <w:rsid w:val="003714AB"/>
    <w:rsid w:val="00542041"/>
    <w:rsid w:val="00622CDD"/>
    <w:rsid w:val="0062350F"/>
    <w:rsid w:val="006E7C9B"/>
    <w:rsid w:val="006F2E81"/>
    <w:rsid w:val="00956C15"/>
    <w:rsid w:val="00980EA8"/>
    <w:rsid w:val="00A75758"/>
    <w:rsid w:val="00AA1D8D"/>
    <w:rsid w:val="00B47730"/>
    <w:rsid w:val="00C376BB"/>
    <w:rsid w:val="00CB0664"/>
    <w:rsid w:val="00E95120"/>
    <w:rsid w:val="00F360C9"/>
    <w:rsid w:val="00FB6886"/>
    <w:rsid w:val="00FC693F"/>
    <w:rsid w:val="037CB5A9"/>
    <w:rsid w:val="0435A75A"/>
    <w:rsid w:val="05FA8F15"/>
    <w:rsid w:val="069D4629"/>
    <w:rsid w:val="0804E0D3"/>
    <w:rsid w:val="08065CA2"/>
    <w:rsid w:val="0BEAEAAB"/>
    <w:rsid w:val="0CE7213F"/>
    <w:rsid w:val="0E608948"/>
    <w:rsid w:val="0F21FE4D"/>
    <w:rsid w:val="0F339C08"/>
    <w:rsid w:val="104B5616"/>
    <w:rsid w:val="10613FA2"/>
    <w:rsid w:val="172427D3"/>
    <w:rsid w:val="1A52A642"/>
    <w:rsid w:val="1B918777"/>
    <w:rsid w:val="1BF8C427"/>
    <w:rsid w:val="1C17CF40"/>
    <w:rsid w:val="1E44B7EB"/>
    <w:rsid w:val="1F139B6E"/>
    <w:rsid w:val="20335CDC"/>
    <w:rsid w:val="20474970"/>
    <w:rsid w:val="205AFD5D"/>
    <w:rsid w:val="20C67EAE"/>
    <w:rsid w:val="211CBCB2"/>
    <w:rsid w:val="2239C528"/>
    <w:rsid w:val="22C50A42"/>
    <w:rsid w:val="22E882E8"/>
    <w:rsid w:val="24BEF715"/>
    <w:rsid w:val="2692AADE"/>
    <w:rsid w:val="291F88D4"/>
    <w:rsid w:val="2A15BD7D"/>
    <w:rsid w:val="2A83A8FA"/>
    <w:rsid w:val="2D9BCA8F"/>
    <w:rsid w:val="2E1F1BEB"/>
    <w:rsid w:val="2E572CD1"/>
    <w:rsid w:val="2F436979"/>
    <w:rsid w:val="31B29C88"/>
    <w:rsid w:val="31B47527"/>
    <w:rsid w:val="3204B830"/>
    <w:rsid w:val="3277AF76"/>
    <w:rsid w:val="35B1B8DA"/>
    <w:rsid w:val="35F9BA9B"/>
    <w:rsid w:val="3634FC90"/>
    <w:rsid w:val="373F4B8A"/>
    <w:rsid w:val="38E8C2E0"/>
    <w:rsid w:val="3A2BD8A1"/>
    <w:rsid w:val="3D7139F8"/>
    <w:rsid w:val="3DA005B7"/>
    <w:rsid w:val="3DDE5508"/>
    <w:rsid w:val="3F80EB7B"/>
    <w:rsid w:val="41D3DFEF"/>
    <w:rsid w:val="41EE422D"/>
    <w:rsid w:val="43FCA6E9"/>
    <w:rsid w:val="44E87D20"/>
    <w:rsid w:val="4733032A"/>
    <w:rsid w:val="4760F014"/>
    <w:rsid w:val="47A1DE98"/>
    <w:rsid w:val="49F6917E"/>
    <w:rsid w:val="4A0A33B8"/>
    <w:rsid w:val="4A1818D4"/>
    <w:rsid w:val="4B03FA39"/>
    <w:rsid w:val="4B3268CE"/>
    <w:rsid w:val="4BF06134"/>
    <w:rsid w:val="4C022B39"/>
    <w:rsid w:val="4C88798A"/>
    <w:rsid w:val="525E8B0F"/>
    <w:rsid w:val="52FBFE80"/>
    <w:rsid w:val="55A623B5"/>
    <w:rsid w:val="59BF9C09"/>
    <w:rsid w:val="5A45D129"/>
    <w:rsid w:val="5A63D22F"/>
    <w:rsid w:val="5A736F22"/>
    <w:rsid w:val="5ACFA18D"/>
    <w:rsid w:val="5B0633B2"/>
    <w:rsid w:val="6107D4C8"/>
    <w:rsid w:val="615598D1"/>
    <w:rsid w:val="64D27CD0"/>
    <w:rsid w:val="65F3EE0A"/>
    <w:rsid w:val="68892121"/>
    <w:rsid w:val="6C564328"/>
    <w:rsid w:val="6D8BB7EE"/>
    <w:rsid w:val="6E11571B"/>
    <w:rsid w:val="6E1E8FDD"/>
    <w:rsid w:val="6EB22A17"/>
    <w:rsid w:val="6EDE7F2C"/>
    <w:rsid w:val="709E9903"/>
    <w:rsid w:val="73D3E1C3"/>
    <w:rsid w:val="74E0A6E9"/>
    <w:rsid w:val="757C6228"/>
    <w:rsid w:val="760489B9"/>
    <w:rsid w:val="76B3CDA4"/>
    <w:rsid w:val="771223D6"/>
    <w:rsid w:val="7B6257D9"/>
    <w:rsid w:val="7F419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263CDC"/>
  <w14:defaultImageDpi w14:val="300"/>
  <w15:docId w15:val="{8A1E2FFD-0192-4DEC-A529-E103215F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styleId="Nadpis1Char" w:customStyle="1">
    <w:name w:val="Nadpis 1 Char"/>
    <w:basedOn w:val="Standardnpsmoodstavce"/>
    <w:link w:val="Nadpis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dpis2Char" w:customStyle="1">
    <w:name w:val="Nadpis 2 Char"/>
    <w:basedOn w:val="Standardnpsmoodstavce"/>
    <w:link w:val="Nadpis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dpis3Char" w:customStyle="1">
    <w:name w:val="Nadpis 3 Char"/>
    <w:basedOn w:val="Standardnpsmoodstavce"/>
    <w:link w:val="Nadpis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zevChar" w:customStyle="1">
    <w:name w:val="Název Char"/>
    <w:basedOn w:val="Standardnpsmoodstavce"/>
    <w:link w:val="Nzev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PodnadpisChar" w:customStyle="1">
    <w:name w:val="Podnadpis Char"/>
    <w:basedOn w:val="Standardnpsmoodstavce"/>
    <w:link w:val="Podnadpis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styleId="ZkladntextChar" w:customStyle="1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styleId="Zkladntext2Char" w:customStyle="1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Zkladntext3Char" w:customStyle="1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makraChar" w:customStyle="1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styleId="CittChar" w:customStyle="1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34145d75-59bc-4472-81a1-d827339417fc" xsi:nil="true"/>
    <TaxCatchAll xmlns="d920ea67-c1be-4b14-bb94-c25a00c21e60" xsi:nil="true"/>
    <lcf76f155ced4ddcb4097134ff3c332f xmlns="34145d75-59bc-4472-81a1-d827339417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D794ED12744B86EA453870176FFB" ma:contentTypeVersion="16" ma:contentTypeDescription="Vytvoří nový dokument" ma:contentTypeScope="" ma:versionID="455d39a9748bd32c64827ef89cc8af57">
  <xsd:schema xmlns:xsd="http://www.w3.org/2001/XMLSchema" xmlns:xs="http://www.w3.org/2001/XMLSchema" xmlns:p="http://schemas.microsoft.com/office/2006/metadata/properties" xmlns:ns2="34145d75-59bc-4472-81a1-d827339417fc" xmlns:ns3="d920ea67-c1be-4b14-bb94-c25a00c21e60" targetNamespace="http://schemas.microsoft.com/office/2006/metadata/properties" ma:root="true" ma:fieldsID="fc94f62ac20fa99d379830e1e729358a" ns2:_="" ns3:_="">
    <xsd:import namespace="34145d75-59bc-4472-81a1-d827339417fc"/>
    <xsd:import namespace="d920ea67-c1be-4b14-bb94-c25a00c21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45d75-59bc-4472-81a1-d827339417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0ea67-c1be-4b14-bb94-c25a00c21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be496bc-78dd-4645-a267-b92e828bc86c}" ma:internalName="TaxCatchAll" ma:showField="CatchAllData" ma:web="d920ea67-c1be-4b14-bb94-c25a00c21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6B30F2-D868-4A71-BEE1-4A3DC276A1FD}">
  <ds:schemaRefs>
    <ds:schemaRef ds:uri="http://schemas.microsoft.com/office/2006/metadata/properties"/>
    <ds:schemaRef ds:uri="http://schemas.microsoft.com/office/infopath/2007/PartnerControls"/>
    <ds:schemaRef ds:uri="34145d75-59bc-4472-81a1-d827339417fc"/>
    <ds:schemaRef ds:uri="d920ea67-c1be-4b14-bb94-c25a00c21e60"/>
  </ds:schemaRefs>
</ds:datastoreItem>
</file>

<file path=customXml/itemProps2.xml><?xml version="1.0" encoding="utf-8"?>
<ds:datastoreItem xmlns:ds="http://schemas.openxmlformats.org/officeDocument/2006/customXml" ds:itemID="{B379516E-5560-43F7-899E-D30BBD2DD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B83D6-D209-4443-BB96-1F0186F47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145d75-59bc-4472-81a1-d827339417fc"/>
    <ds:schemaRef ds:uri="d920ea67-c1be-4b14-bb94-c25a00c21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Svátková Petra</lastModifiedBy>
  <revision>11</revision>
  <dcterms:created xsi:type="dcterms:W3CDTF">2026-06-17T08:10:00.0000000Z</dcterms:created>
  <dcterms:modified xsi:type="dcterms:W3CDTF">2026-07-07T11:18:07.0918257Z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0x0101007C2BD794ED12744B86EA453870176FFB</vt:lpwstr>
  </property>
  <property fmtid="{D5CDD505-2E9C-101B-9397-08002B2CF9AE}" pid="3" name="MediaServiceImageTags">
    <vt:lpwstr/>
  </property>
  <property fmtid="{D5CDD505-2E9C-101B-9397-08002B2CF9AE}" pid="4" name="Order">
    <vt:r8>7446500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